
<file path=[Content_Types].xml><?xml version="1.0" encoding="utf-8"?>
<Types xmlns="http://schemas.openxmlformats.org/package/2006/content-types">
  <Default Extension="bin" ContentType="application/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762418" w14:textId="29BD3CDB" w:rsidR="00AB1031" w:rsidRPr="00FB5B40" w:rsidRDefault="00013607" w:rsidP="00E90165">
      <w:pPr>
        <w:pStyle w:val="Heading2"/>
        <w:jc w:val="center"/>
        <w:rPr>
          <w:rFonts w:ascii="Corbel" w:hAnsi="Corbel"/>
          <w:lang w:val="fr-FR"/>
        </w:rPr>
      </w:pPr>
      <w:r w:rsidRPr="00FB5B40">
        <w:rPr>
          <w:rFonts w:ascii="Corbel" w:hAnsi="Corbel"/>
          <w:lang w:val="fr-FR"/>
        </w:rPr>
        <w:t>Checklist d’entretien – Délégué à la Sécurité de l’Information (DSI)</w:t>
      </w:r>
    </w:p>
    <w:p w14:paraId="6BEA4F58" w14:textId="77777777" w:rsidR="00F156BE" w:rsidRDefault="00F156BE">
      <w:pPr>
        <w:rPr>
          <w:rFonts w:ascii="Corbel" w:hAnsi="Corbel"/>
          <w:lang w:val="fr-FR"/>
        </w:rPr>
      </w:pPr>
    </w:p>
    <w:p w14:paraId="3153898E" w14:textId="39546CA8" w:rsidR="00AB1031" w:rsidRPr="00BA34D9" w:rsidRDefault="00013607">
      <w:pPr>
        <w:rPr>
          <w:rFonts w:ascii="Corbel" w:hAnsi="Corbel"/>
          <w:lang w:val="fr-FR"/>
        </w:rPr>
      </w:pPr>
      <w:r w:rsidRPr="000C5F33">
        <w:rPr>
          <w:rFonts w:ascii="Corbel" w:hAnsi="Corbel"/>
          <w:b/>
          <w:bCs/>
          <w:lang w:val="fr-FR"/>
        </w:rPr>
        <w:t>Entité :</w:t>
      </w:r>
      <w:r w:rsidRPr="00BA34D9">
        <w:rPr>
          <w:rFonts w:ascii="Corbel" w:hAnsi="Corbel"/>
          <w:lang w:val="fr-FR"/>
        </w:rPr>
        <w:t xml:space="preserve"> .........................................................</w:t>
      </w:r>
      <w:r w:rsidR="007E016F">
        <w:rPr>
          <w:rFonts w:ascii="Corbel" w:hAnsi="Corbel"/>
          <w:lang w:val="fr-FR"/>
        </w:rPr>
        <w:t>.........</w:t>
      </w:r>
    </w:p>
    <w:p w14:paraId="6CD0E872" w14:textId="77777777" w:rsidR="00AB1031" w:rsidRPr="00BA34D9" w:rsidRDefault="00013607">
      <w:pPr>
        <w:rPr>
          <w:rFonts w:ascii="Corbel" w:hAnsi="Corbel"/>
          <w:lang w:val="fr-FR"/>
        </w:rPr>
      </w:pPr>
      <w:r w:rsidRPr="000C5F33">
        <w:rPr>
          <w:rFonts w:ascii="Corbel" w:hAnsi="Corbel"/>
          <w:b/>
          <w:bCs/>
          <w:lang w:val="fr-FR"/>
        </w:rPr>
        <w:t>Poste :</w:t>
      </w:r>
      <w:r w:rsidRPr="00BA34D9">
        <w:rPr>
          <w:rFonts w:ascii="Corbel" w:hAnsi="Corbel"/>
          <w:lang w:val="fr-FR"/>
        </w:rPr>
        <w:t xml:space="preserve"> Délégué à la Sécurité de l’Information (DSI)</w:t>
      </w:r>
    </w:p>
    <w:p w14:paraId="257251C8" w14:textId="5685F11B" w:rsidR="00AB1031" w:rsidRPr="00BA34D9" w:rsidRDefault="00013607">
      <w:pPr>
        <w:rPr>
          <w:rFonts w:ascii="Corbel" w:hAnsi="Corbel"/>
          <w:lang w:val="fr-FR"/>
        </w:rPr>
      </w:pPr>
      <w:r w:rsidRPr="000C5F33">
        <w:rPr>
          <w:rFonts w:ascii="Corbel" w:hAnsi="Corbel"/>
          <w:b/>
          <w:bCs/>
          <w:lang w:val="fr-FR"/>
        </w:rPr>
        <w:t>Date de l’entretien :</w:t>
      </w:r>
      <w:r w:rsidRPr="00BA34D9">
        <w:rPr>
          <w:rFonts w:ascii="Corbel" w:hAnsi="Corbel"/>
          <w:lang w:val="fr-FR"/>
        </w:rPr>
        <w:t xml:space="preserve"> ..........................................</w:t>
      </w:r>
      <w:r w:rsidR="007E016F">
        <w:rPr>
          <w:rFonts w:ascii="Corbel" w:hAnsi="Corbel"/>
          <w:lang w:val="fr-FR"/>
        </w:rPr>
        <w:t>...</w:t>
      </w:r>
    </w:p>
    <w:p w14:paraId="2DB81C95" w14:textId="419F1276" w:rsidR="00AB1031" w:rsidRPr="00BA34D9" w:rsidRDefault="00013607">
      <w:pPr>
        <w:rPr>
          <w:rFonts w:ascii="Corbel" w:hAnsi="Corbel"/>
          <w:lang w:val="fr-FR"/>
        </w:rPr>
      </w:pPr>
      <w:r w:rsidRPr="000C5F33">
        <w:rPr>
          <w:rFonts w:ascii="Corbel" w:hAnsi="Corbel"/>
          <w:b/>
          <w:bCs/>
          <w:lang w:val="fr-FR"/>
        </w:rPr>
        <w:t>Nom du candidat :</w:t>
      </w:r>
      <w:r w:rsidRPr="00BA34D9">
        <w:rPr>
          <w:rFonts w:ascii="Corbel" w:hAnsi="Corbel"/>
          <w:lang w:val="fr-FR"/>
        </w:rPr>
        <w:t xml:space="preserve"> ............................................</w:t>
      </w:r>
      <w:r w:rsidR="007E016F">
        <w:rPr>
          <w:rFonts w:ascii="Corbel" w:hAnsi="Corbel"/>
          <w:lang w:val="fr-FR"/>
        </w:rPr>
        <w:t>...</w:t>
      </w:r>
    </w:p>
    <w:p w14:paraId="0B2D3914" w14:textId="77777777" w:rsidR="00AB1031" w:rsidRPr="00BA34D9" w:rsidRDefault="00013607">
      <w:pPr>
        <w:rPr>
          <w:rFonts w:ascii="Corbel" w:hAnsi="Corbel"/>
          <w:lang w:val="fr-FR"/>
        </w:rPr>
      </w:pPr>
      <w:r w:rsidRPr="000C5F33">
        <w:rPr>
          <w:rFonts w:ascii="Corbel" w:hAnsi="Corbel"/>
          <w:b/>
          <w:bCs/>
          <w:lang w:val="fr-FR"/>
        </w:rPr>
        <w:t>Personnes présentes :</w:t>
      </w:r>
      <w:r w:rsidRPr="00BA34D9">
        <w:rPr>
          <w:rFonts w:ascii="Corbel" w:hAnsi="Corbel"/>
          <w:lang w:val="fr-FR"/>
        </w:rPr>
        <w:t xml:space="preserve"> .........................................</w:t>
      </w:r>
    </w:p>
    <w:p w14:paraId="60F3698A" w14:textId="77777777" w:rsidR="00AB1031" w:rsidRPr="00BA34D9" w:rsidRDefault="00AB1031">
      <w:pPr>
        <w:rPr>
          <w:rFonts w:ascii="Corbel" w:hAnsi="Corbel"/>
          <w:lang w:val="fr-FR"/>
        </w:rPr>
      </w:pPr>
    </w:p>
    <w:p w14:paraId="409CF869" w14:textId="243B9400" w:rsidR="00E122E2" w:rsidRPr="00BA34D9" w:rsidRDefault="00013607" w:rsidP="00BB38BA">
      <w:pPr>
        <w:pStyle w:val="Heading2"/>
        <w:rPr>
          <w:rFonts w:ascii="Corbel" w:hAnsi="Corbel"/>
          <w:lang w:val="fr-FR"/>
        </w:rPr>
      </w:pPr>
      <w:r w:rsidRPr="00BA34D9">
        <w:rPr>
          <w:rFonts w:ascii="Corbel" w:hAnsi="Corbel"/>
          <w:lang w:val="fr-FR"/>
        </w:rPr>
        <w:t>Mode d’emploi</w:t>
      </w:r>
    </w:p>
    <w:p w14:paraId="0C05113C" w14:textId="77777777" w:rsidR="00BB38BA" w:rsidRDefault="00BB38BA">
      <w:pPr>
        <w:rPr>
          <w:rFonts w:ascii="Corbel" w:hAnsi="Corbel"/>
          <w:lang w:val="fr-FR"/>
        </w:rPr>
      </w:pPr>
    </w:p>
    <w:p w14:paraId="29200D11" w14:textId="2B8E454B" w:rsidR="001C3992" w:rsidRPr="00BA34D9" w:rsidRDefault="001C3992" w:rsidP="00034731">
      <w:pPr>
        <w:jc w:val="both"/>
        <w:rPr>
          <w:rFonts w:ascii="Corbel" w:hAnsi="Corbel"/>
          <w:lang w:val="fr-FR"/>
        </w:rPr>
      </w:pPr>
      <w:r w:rsidRPr="00BA34D9">
        <w:rPr>
          <w:rFonts w:ascii="Corbel" w:hAnsi="Corbel"/>
          <w:lang w:val="fr-FR"/>
        </w:rPr>
        <w:t xml:space="preserve">Ce document est un </w:t>
      </w:r>
      <w:r w:rsidR="009C22DB" w:rsidRPr="00BA34D9">
        <w:rPr>
          <w:rFonts w:ascii="Corbel" w:hAnsi="Corbel"/>
          <w:lang w:val="fr-FR"/>
        </w:rPr>
        <w:t>« </w:t>
      </w:r>
      <w:r w:rsidRPr="00BA34D9">
        <w:rPr>
          <w:rFonts w:ascii="Corbel" w:hAnsi="Corbel"/>
          <w:lang w:val="fr-FR"/>
        </w:rPr>
        <w:t>guide d’entretien</w:t>
      </w:r>
      <w:r w:rsidR="009C22DB" w:rsidRPr="00BA34D9">
        <w:rPr>
          <w:rFonts w:ascii="Corbel" w:hAnsi="Corbel"/>
          <w:lang w:val="fr-FR"/>
        </w:rPr>
        <w:t> »</w:t>
      </w:r>
      <w:r w:rsidRPr="00BA34D9">
        <w:rPr>
          <w:rFonts w:ascii="Corbel" w:hAnsi="Corbel"/>
          <w:lang w:val="fr-FR"/>
        </w:rPr>
        <w:t xml:space="preserve"> destiné aux entités</w:t>
      </w:r>
      <w:r w:rsidR="00911303" w:rsidRPr="00BA34D9">
        <w:rPr>
          <w:rFonts w:ascii="Corbel" w:hAnsi="Corbel"/>
          <w:lang w:val="fr-FR"/>
        </w:rPr>
        <w:t xml:space="preserve"> de l’Etat</w:t>
      </w:r>
      <w:r w:rsidRPr="00BA34D9">
        <w:rPr>
          <w:rFonts w:ascii="Corbel" w:hAnsi="Corbel"/>
          <w:lang w:val="fr-FR"/>
        </w:rPr>
        <w:t xml:space="preserve"> pour l’évaluation des candidats au poste de Délégué à la Sécurité de l’Information (DSI). Il vise à structurer les échanges </w:t>
      </w:r>
      <w:r w:rsidR="0088336B" w:rsidRPr="00BA34D9">
        <w:rPr>
          <w:rFonts w:ascii="Corbel" w:hAnsi="Corbel"/>
          <w:lang w:val="fr-FR"/>
        </w:rPr>
        <w:t xml:space="preserve">lors de l’interview </w:t>
      </w:r>
      <w:r w:rsidRPr="00BA34D9">
        <w:rPr>
          <w:rFonts w:ascii="Corbel" w:hAnsi="Corbel"/>
          <w:lang w:val="fr-FR"/>
        </w:rPr>
        <w:t>et à couvrir l’ensemble des dimensions clés du rôle (gouvernance, gestion des risques, conformité, incidents, continuité, culture sécurité, compétences comportementales, etc.).</w:t>
      </w:r>
    </w:p>
    <w:p w14:paraId="6486498F" w14:textId="5D1090D4" w:rsidR="001C3992" w:rsidRPr="00BA34D9" w:rsidRDefault="001C3992" w:rsidP="00034731">
      <w:pPr>
        <w:jc w:val="both"/>
        <w:rPr>
          <w:rFonts w:ascii="Corbel" w:hAnsi="Corbel"/>
          <w:lang w:val="fr-FR"/>
        </w:rPr>
      </w:pPr>
      <w:r w:rsidRPr="00BA34D9">
        <w:rPr>
          <w:rFonts w:ascii="Corbel" w:hAnsi="Corbel"/>
          <w:lang w:val="fr-FR"/>
        </w:rPr>
        <w:t xml:space="preserve">Toutes les questions ne doivent pas être </w:t>
      </w:r>
      <w:r w:rsidR="000B47DC" w:rsidRPr="00BA34D9">
        <w:rPr>
          <w:rFonts w:ascii="Corbel" w:hAnsi="Corbel"/>
          <w:lang w:val="fr-FR"/>
        </w:rPr>
        <w:t xml:space="preserve">forcément </w:t>
      </w:r>
      <w:r w:rsidRPr="00BA34D9">
        <w:rPr>
          <w:rFonts w:ascii="Corbel" w:hAnsi="Corbel"/>
          <w:lang w:val="fr-FR"/>
        </w:rPr>
        <w:t>posées : sélectionnez, avant l’entretien, celles qui sont pertinentes pour votre contexte (taille de l’entité, maturité sécurité</w:t>
      </w:r>
      <w:r w:rsidR="00510F18" w:rsidRPr="00BA34D9">
        <w:rPr>
          <w:rFonts w:ascii="Corbel" w:hAnsi="Corbel"/>
          <w:lang w:val="fr-FR"/>
        </w:rPr>
        <w:t xml:space="preserve"> de l’information</w:t>
      </w:r>
      <w:r w:rsidRPr="00BA34D9">
        <w:rPr>
          <w:rFonts w:ascii="Corbel" w:hAnsi="Corbel"/>
          <w:lang w:val="fr-FR"/>
        </w:rPr>
        <w:t>, etc.).</w:t>
      </w:r>
    </w:p>
    <w:p w14:paraId="346F09D1" w14:textId="5D7DD280" w:rsidR="0079752C" w:rsidRPr="00BA34D9" w:rsidRDefault="0079752C" w:rsidP="00034731">
      <w:pPr>
        <w:jc w:val="both"/>
        <w:rPr>
          <w:rFonts w:ascii="Corbel" w:hAnsi="Corbel"/>
          <w:lang w:val="fr-FR"/>
        </w:rPr>
      </w:pPr>
      <w:r w:rsidRPr="00BA34D9">
        <w:rPr>
          <w:rFonts w:ascii="Corbel" w:hAnsi="Corbel"/>
          <w:lang w:val="fr-FR"/>
        </w:rPr>
        <w:t>Certaines rubriques sont à adapter ou compléter par chaque entité avant utilisation.</w:t>
      </w:r>
    </w:p>
    <w:p w14:paraId="51D45AE2" w14:textId="77777777" w:rsidR="004C0D64" w:rsidRPr="00BA34D9" w:rsidRDefault="004C0D64" w:rsidP="00034731">
      <w:pPr>
        <w:jc w:val="both"/>
        <w:rPr>
          <w:rFonts w:ascii="Corbel" w:hAnsi="Corbel"/>
          <w:lang w:val="fr-FR"/>
        </w:rPr>
      </w:pPr>
      <w:r w:rsidRPr="00BA34D9">
        <w:rPr>
          <w:rFonts w:ascii="Corbel" w:hAnsi="Corbel"/>
          <w:lang w:val="fr-FR"/>
        </w:rPr>
        <w:t>Pour chaque question :</w:t>
      </w:r>
    </w:p>
    <w:p w14:paraId="13183E41" w14:textId="5EF84F6E" w:rsidR="004C0D64" w:rsidRPr="00BA34D9" w:rsidRDefault="004C0D64" w:rsidP="00034731">
      <w:pPr>
        <w:pStyle w:val="ListParagraph"/>
        <w:numPr>
          <w:ilvl w:val="0"/>
          <w:numId w:val="10"/>
        </w:numPr>
        <w:jc w:val="both"/>
        <w:rPr>
          <w:rFonts w:ascii="Corbel" w:hAnsi="Corbel"/>
          <w:lang w:val="fr-FR"/>
        </w:rPr>
      </w:pPr>
      <w:r w:rsidRPr="00BA34D9">
        <w:rPr>
          <w:rFonts w:ascii="Corbel" w:hAnsi="Corbel"/>
          <w:lang w:val="fr-FR"/>
        </w:rPr>
        <w:t>Utilisez la case à cocher pour indiquer qu’elle a été posée</w:t>
      </w:r>
      <w:r w:rsidR="009C22DB" w:rsidRPr="00BA34D9">
        <w:rPr>
          <w:rFonts w:ascii="Corbel" w:hAnsi="Corbel"/>
          <w:lang w:val="fr-FR"/>
        </w:rPr>
        <w:t> ;</w:t>
      </w:r>
    </w:p>
    <w:p w14:paraId="09A08D8A" w14:textId="28C72532" w:rsidR="004C0D64" w:rsidRPr="00BA34D9" w:rsidRDefault="004C0D64" w:rsidP="00034731">
      <w:pPr>
        <w:pStyle w:val="ListParagraph"/>
        <w:numPr>
          <w:ilvl w:val="0"/>
          <w:numId w:val="10"/>
        </w:numPr>
        <w:jc w:val="both"/>
        <w:rPr>
          <w:rFonts w:ascii="Corbel" w:hAnsi="Corbel"/>
          <w:lang w:val="fr-FR"/>
        </w:rPr>
      </w:pPr>
      <w:r w:rsidRPr="00BA34D9">
        <w:rPr>
          <w:rFonts w:ascii="Corbel" w:hAnsi="Corbel"/>
          <w:lang w:val="fr-FR"/>
        </w:rPr>
        <w:t>Notez les éléments de réponse importants dans l’espace prévu</w:t>
      </w:r>
      <w:r w:rsidR="006E0DCA" w:rsidRPr="00BA34D9">
        <w:rPr>
          <w:rFonts w:ascii="Corbel" w:hAnsi="Corbel"/>
          <w:lang w:val="fr-FR"/>
        </w:rPr>
        <w:t> ;</w:t>
      </w:r>
    </w:p>
    <w:p w14:paraId="0C9079C6" w14:textId="3A82A9DE" w:rsidR="004C0D64" w:rsidRPr="00BA34D9" w:rsidRDefault="004C0D64" w:rsidP="00034731">
      <w:pPr>
        <w:pStyle w:val="ListParagraph"/>
        <w:numPr>
          <w:ilvl w:val="0"/>
          <w:numId w:val="10"/>
        </w:numPr>
        <w:jc w:val="both"/>
        <w:rPr>
          <w:rFonts w:ascii="Corbel" w:hAnsi="Corbel"/>
          <w:lang w:val="fr-FR"/>
        </w:rPr>
      </w:pPr>
      <w:r w:rsidRPr="00BA34D9">
        <w:rPr>
          <w:rFonts w:ascii="Corbel" w:hAnsi="Corbel"/>
          <w:lang w:val="fr-FR"/>
        </w:rPr>
        <w:t>Complétez en fin de document la synthèse (forces, points de vigilance, recommandation globale).</w:t>
      </w:r>
    </w:p>
    <w:p w14:paraId="758A65FA" w14:textId="28D31159" w:rsidR="004C0D64" w:rsidRDefault="004C0D64" w:rsidP="00034731">
      <w:pPr>
        <w:jc w:val="both"/>
        <w:rPr>
          <w:rFonts w:ascii="Corbel" w:hAnsi="Corbel"/>
          <w:lang w:val="fr-FR"/>
        </w:rPr>
      </w:pPr>
      <w:r w:rsidRPr="00BA34D9">
        <w:rPr>
          <w:rFonts w:ascii="Corbel" w:hAnsi="Corbel"/>
          <w:lang w:val="fr-FR"/>
        </w:rPr>
        <w:t>Ce support n’a pas vocation à être un script rigide, mais une boîte à outils permettant de conduire un entretien structuré, comparable d’un candidat à l’autre, tout en laissant la place au dialogue et aux questions de l’entité.</w:t>
      </w:r>
    </w:p>
    <w:p w14:paraId="3BCA4B1E" w14:textId="77777777" w:rsidR="00BB38BA" w:rsidRPr="00BA34D9" w:rsidRDefault="00BB38BA" w:rsidP="004C0D64">
      <w:pPr>
        <w:rPr>
          <w:rFonts w:ascii="Corbel" w:hAnsi="Corbel"/>
          <w:lang w:val="fr-FR"/>
        </w:rPr>
      </w:pPr>
    </w:p>
    <w:p w14:paraId="5853EB4B" w14:textId="2A181207" w:rsidR="00BB38BA" w:rsidRPr="00BA34D9" w:rsidRDefault="00BB38BA" w:rsidP="00BB38BA">
      <w:pPr>
        <w:pStyle w:val="Heading2"/>
        <w:rPr>
          <w:rFonts w:ascii="Corbel" w:hAnsi="Corbel"/>
          <w:lang w:val="fr-FR"/>
        </w:rPr>
      </w:pPr>
      <w:r>
        <w:rPr>
          <w:rFonts w:ascii="Corbel" w:hAnsi="Corbel"/>
          <w:lang w:val="fr-FR"/>
        </w:rPr>
        <w:lastRenderedPageBreak/>
        <w:t>Contactez-nous</w:t>
      </w:r>
    </w:p>
    <w:p w14:paraId="08FF1B80" w14:textId="77777777" w:rsidR="00BB38BA" w:rsidRDefault="00BB38BA" w:rsidP="00BB38BA">
      <w:pPr>
        <w:rPr>
          <w:rFonts w:ascii="Corbel" w:hAnsi="Corbel"/>
          <w:lang w:val="fr-FR"/>
        </w:rPr>
      </w:pPr>
    </w:p>
    <w:p w14:paraId="2676830D" w14:textId="32F14578" w:rsidR="00BB38BA" w:rsidRDefault="00BB38BA" w:rsidP="00473937">
      <w:pPr>
        <w:jc w:val="both"/>
        <w:rPr>
          <w:rFonts w:ascii="Corbel" w:hAnsi="Corbel"/>
          <w:lang w:val="fr-FR"/>
        </w:rPr>
      </w:pPr>
      <w:r>
        <w:rPr>
          <w:rFonts w:ascii="Corbel" w:hAnsi="Corbel"/>
          <w:lang w:val="fr-FR"/>
        </w:rPr>
        <w:t>En cas de question</w:t>
      </w:r>
      <w:r w:rsidR="00523D8F">
        <w:rPr>
          <w:rFonts w:ascii="Corbel" w:hAnsi="Corbel"/>
          <w:lang w:val="fr-FR"/>
        </w:rPr>
        <w:t xml:space="preserve"> ou besoin de support</w:t>
      </w:r>
      <w:r>
        <w:rPr>
          <w:rFonts w:ascii="Corbel" w:hAnsi="Corbel"/>
          <w:lang w:val="fr-FR"/>
        </w:rPr>
        <w:t xml:space="preserve">, </w:t>
      </w:r>
      <w:r w:rsidRPr="00BB38BA">
        <w:rPr>
          <w:rFonts w:ascii="Corbel" w:hAnsi="Corbel"/>
          <w:lang w:val="fr-FR"/>
        </w:rPr>
        <w:t>le Haut-Commissariat à la protection nationale (HCPN), dans sa fonction d’Agence nationale de la sécurité des systèmes d’information (ANSSI), se tient à votre disposition</w:t>
      </w:r>
      <w:r>
        <w:rPr>
          <w:rFonts w:ascii="Corbel" w:hAnsi="Corbel"/>
          <w:lang w:val="fr-FR"/>
        </w:rPr>
        <w:t xml:space="preserve">. </w:t>
      </w:r>
    </w:p>
    <w:p w14:paraId="3EBC0D17" w14:textId="77777777" w:rsidR="00F156BE" w:rsidRPr="00F156BE" w:rsidRDefault="00F156BE" w:rsidP="00F156BE">
      <w:pPr>
        <w:rPr>
          <w:rFonts w:ascii="Corbel" w:hAnsi="Corbel"/>
          <w:lang w:val="fr-FR"/>
        </w:rPr>
      </w:pPr>
      <w:r w:rsidRPr="00F156BE">
        <w:rPr>
          <w:rFonts w:ascii="Corbel" w:hAnsi="Corbel"/>
          <w:lang w:val="fr-FR"/>
        </w:rPr>
        <w:t>Pour toute demande, vous pouvez nous contacter :</w:t>
      </w:r>
    </w:p>
    <w:p w14:paraId="7B34C1EB" w14:textId="50ABD58D" w:rsidR="00F156BE" w:rsidRDefault="00F156BE" w:rsidP="00F156BE">
      <w:pPr>
        <w:pStyle w:val="ListParagraph"/>
        <w:numPr>
          <w:ilvl w:val="0"/>
          <w:numId w:val="11"/>
        </w:numPr>
        <w:rPr>
          <w:rFonts w:ascii="Corbel" w:hAnsi="Corbel"/>
          <w:lang w:val="fr-FR"/>
        </w:rPr>
      </w:pPr>
      <w:r w:rsidRPr="00F156BE">
        <w:rPr>
          <w:rFonts w:ascii="Corbel" w:hAnsi="Corbel"/>
          <w:lang w:val="fr-FR"/>
        </w:rPr>
        <w:t xml:space="preserve">Par courriel : </w:t>
      </w:r>
      <w:hyperlink r:id="rId11" w:history="1">
        <w:r w:rsidRPr="007F428C">
          <w:rPr>
            <w:rStyle w:val="Hyperlink"/>
            <w:rFonts w:ascii="Corbel" w:hAnsi="Corbel"/>
            <w:lang w:val="fr-FR"/>
          </w:rPr>
          <w:t>support@anssi.etat.lu</w:t>
        </w:r>
      </w:hyperlink>
    </w:p>
    <w:p w14:paraId="0D4A57B3" w14:textId="67B3E3BD" w:rsidR="00F156BE" w:rsidRPr="00F156BE" w:rsidRDefault="00F156BE" w:rsidP="00F156BE">
      <w:pPr>
        <w:pStyle w:val="ListParagraph"/>
        <w:numPr>
          <w:ilvl w:val="0"/>
          <w:numId w:val="11"/>
        </w:numPr>
        <w:rPr>
          <w:rFonts w:ascii="Corbel" w:hAnsi="Corbel"/>
          <w:lang w:val="fr-FR"/>
        </w:rPr>
      </w:pPr>
      <w:r w:rsidRPr="00F156BE">
        <w:rPr>
          <w:rFonts w:ascii="Corbel" w:hAnsi="Corbel"/>
          <w:lang w:val="fr-FR"/>
        </w:rPr>
        <w:t>Par téléphone : 247-88930</w:t>
      </w:r>
    </w:p>
    <w:p w14:paraId="69F86814" w14:textId="77777777" w:rsidR="00F156BE" w:rsidRPr="00F156BE" w:rsidRDefault="00F156BE" w:rsidP="00F156BE">
      <w:pPr>
        <w:rPr>
          <w:rFonts w:ascii="Corbel" w:hAnsi="Corbel"/>
          <w:lang w:val="fr-FR"/>
        </w:rPr>
      </w:pPr>
      <w:r w:rsidRPr="00F156BE">
        <w:rPr>
          <w:rFonts w:ascii="Corbel" w:hAnsi="Corbel"/>
          <w:lang w:val="fr-FR"/>
        </w:rPr>
        <w:t>L’ensemble de nos informations, documents et outils est accessible en ligne :</w:t>
      </w:r>
    </w:p>
    <w:p w14:paraId="081993FE" w14:textId="1EC6DB2A" w:rsidR="00F156BE" w:rsidRDefault="00F156BE" w:rsidP="00F156BE">
      <w:pPr>
        <w:pStyle w:val="ListParagraph"/>
        <w:numPr>
          <w:ilvl w:val="0"/>
          <w:numId w:val="12"/>
        </w:numPr>
        <w:rPr>
          <w:rFonts w:ascii="Corbel" w:hAnsi="Corbel"/>
          <w:lang w:val="fr-FR"/>
        </w:rPr>
      </w:pPr>
      <w:hyperlink r:id="rId12" w:history="1">
        <w:r w:rsidRPr="00F156BE">
          <w:rPr>
            <w:rStyle w:val="Hyperlink"/>
            <w:rFonts w:ascii="Corbel" w:hAnsi="Corbel"/>
            <w:lang w:val="fr-FR"/>
          </w:rPr>
          <w:t>Notre Extranet ANSSI</w:t>
        </w:r>
      </w:hyperlink>
      <w:r w:rsidRPr="00F156BE">
        <w:rPr>
          <w:rFonts w:ascii="Corbel" w:hAnsi="Corbel"/>
          <w:lang w:val="fr-FR"/>
        </w:rPr>
        <w:t xml:space="preserve"> </w:t>
      </w:r>
    </w:p>
    <w:p w14:paraId="3E45CC6D" w14:textId="5059E77B" w:rsidR="000F259E" w:rsidRPr="00F156BE" w:rsidRDefault="00F156BE" w:rsidP="00F156BE">
      <w:pPr>
        <w:pStyle w:val="ListParagraph"/>
        <w:numPr>
          <w:ilvl w:val="0"/>
          <w:numId w:val="12"/>
        </w:numPr>
        <w:rPr>
          <w:rFonts w:ascii="Corbel" w:hAnsi="Corbel"/>
          <w:lang w:val="fr-FR"/>
        </w:rPr>
      </w:pPr>
      <w:hyperlink r:id="rId13" w:history="1">
        <w:r w:rsidRPr="00F156BE">
          <w:rPr>
            <w:rStyle w:val="Hyperlink"/>
            <w:rFonts w:ascii="Corbel" w:hAnsi="Corbel"/>
            <w:lang w:val="fr-FR"/>
          </w:rPr>
          <w:t xml:space="preserve">Notre </w:t>
        </w:r>
        <w:proofErr w:type="spellStart"/>
        <w:r w:rsidRPr="00F156BE">
          <w:rPr>
            <w:rStyle w:val="Hyperlink"/>
            <w:rFonts w:ascii="Corbel" w:hAnsi="Corbel"/>
            <w:lang w:val="fr-FR"/>
          </w:rPr>
          <w:t>GovSpace</w:t>
        </w:r>
        <w:proofErr w:type="spellEnd"/>
      </w:hyperlink>
    </w:p>
    <w:p w14:paraId="381EF0E7" w14:textId="77777777" w:rsidR="005C1079" w:rsidRPr="00BA34D9" w:rsidRDefault="005C1079">
      <w:pPr>
        <w:rPr>
          <w:rFonts w:ascii="Corbel" w:hAnsi="Corbel"/>
          <w:lang w:val="fr-FR"/>
        </w:rPr>
      </w:pPr>
    </w:p>
    <w:p w14:paraId="7C752E36" w14:textId="45211B8E" w:rsidR="000F259E" w:rsidRDefault="000F259E" w:rsidP="0012162F">
      <w:pPr>
        <w:pStyle w:val="Heading2"/>
        <w:numPr>
          <w:ilvl w:val="0"/>
          <w:numId w:val="13"/>
        </w:numPr>
        <w:rPr>
          <w:rFonts w:ascii="Corbel" w:hAnsi="Corbel"/>
          <w:lang w:val="fr-FR"/>
        </w:rPr>
      </w:pPr>
      <w:r w:rsidRPr="00BA34D9">
        <w:rPr>
          <w:rFonts w:ascii="Corbel" w:hAnsi="Corbel"/>
          <w:lang w:val="fr-FR"/>
        </w:rPr>
        <w:t>Présentation du candidat</w:t>
      </w:r>
      <w:r w:rsidR="005951F7" w:rsidRPr="00BA34D9">
        <w:rPr>
          <w:rFonts w:ascii="Corbel" w:hAnsi="Corbel"/>
          <w:lang w:val="fr-FR"/>
        </w:rPr>
        <w:t xml:space="preserve"> et motivation</w:t>
      </w:r>
    </w:p>
    <w:p w14:paraId="7922BFB2" w14:textId="77777777" w:rsidR="0012162F" w:rsidRPr="0012162F" w:rsidRDefault="0012162F" w:rsidP="0012162F">
      <w:pPr>
        <w:rPr>
          <w:lang w:val="fr-FR"/>
        </w:rPr>
      </w:pPr>
    </w:p>
    <w:p w14:paraId="367ADA1C" w14:textId="04A73CF9" w:rsidR="000F259E" w:rsidRPr="00BA34D9" w:rsidRDefault="00000000" w:rsidP="00473937">
      <w:pPr>
        <w:jc w:val="both"/>
        <w:rPr>
          <w:rFonts w:ascii="Corbel" w:hAnsi="Corbel"/>
          <w:lang w:val="fr-FR"/>
        </w:rPr>
      </w:pPr>
      <w:sdt>
        <w:sdtPr>
          <w:rPr>
            <w:rFonts w:ascii="Corbel" w:hAnsi="Corbel"/>
            <w:b/>
            <w:lang w:val="fr-FR"/>
          </w:rPr>
          <w:id w:val="2098602898"/>
          <w14:checkbox>
            <w14:checked w14:val="0"/>
            <w14:checkedState w14:val="2612" w14:font="MS Gothic"/>
            <w14:uncheckedState w14:val="2610" w14:font="MS Gothic"/>
          </w14:checkbox>
        </w:sdtPr>
        <w:sdtContent>
          <w:r w:rsidR="000F259E" w:rsidRPr="00BA34D9">
            <w:rPr>
              <w:rFonts w:ascii="Segoe UI Symbol" w:eastAsia="MS Gothic" w:hAnsi="Segoe UI Symbol" w:cs="Segoe UI Symbol"/>
              <w:b/>
              <w:lang w:val="fr-FR"/>
            </w:rPr>
            <w:t>☐</w:t>
          </w:r>
        </w:sdtContent>
      </w:sdt>
      <w:r w:rsidR="000F259E" w:rsidRPr="00BA34D9">
        <w:rPr>
          <w:rFonts w:ascii="Corbel" w:hAnsi="Corbel"/>
          <w:b/>
          <w:lang w:val="fr-FR"/>
        </w:rPr>
        <w:t xml:space="preserve"> 1. </w:t>
      </w:r>
      <w:r w:rsidR="00E413EF" w:rsidRPr="00BA34D9">
        <w:rPr>
          <w:rFonts w:ascii="Corbel" w:hAnsi="Corbel"/>
          <w:b/>
          <w:lang w:val="fr-FR"/>
        </w:rPr>
        <w:t>Pourriez-vous vous présenter brièvement et décrire votre parcours professionnel, en évoquant votre formation, vos principales fonctions ainsi que les étapes marquantes de votre évolution</w:t>
      </w:r>
      <w:r w:rsidR="000F259E" w:rsidRPr="00BA34D9">
        <w:rPr>
          <w:rFonts w:ascii="Corbel" w:hAnsi="Corbel"/>
          <w:b/>
          <w:lang w:val="fr-FR"/>
        </w:rPr>
        <w:t xml:space="preserve"> ?</w:t>
      </w:r>
    </w:p>
    <w:p w14:paraId="220E2DD4" w14:textId="77777777" w:rsidR="000F259E" w:rsidRPr="00BA34D9" w:rsidRDefault="000F259E" w:rsidP="000F259E">
      <w:pPr>
        <w:rPr>
          <w:rFonts w:ascii="Corbel" w:hAnsi="Corbel"/>
          <w:lang w:val="fr-FR"/>
        </w:rPr>
      </w:pPr>
      <w:r w:rsidRPr="00BA34D9">
        <w:rPr>
          <w:rFonts w:ascii="Corbel" w:hAnsi="Corbel"/>
          <w:lang w:val="fr-FR"/>
        </w:rPr>
        <w:t>Commentaires / éléments de réponse :</w:t>
      </w:r>
    </w:p>
    <w:p w14:paraId="5E9F1BD8" w14:textId="794B09FD" w:rsidR="000F259E" w:rsidRPr="00BA34D9" w:rsidRDefault="000F259E" w:rsidP="000F259E">
      <w:pPr>
        <w:rPr>
          <w:rFonts w:ascii="Corbel" w:hAnsi="Corbel"/>
          <w:lang w:val="fr-FR"/>
        </w:rPr>
      </w:pPr>
      <w:r w:rsidRPr="00BA34D9">
        <w:rPr>
          <w:rFonts w:ascii="Corbel" w:hAnsi="Corbel"/>
          <w:lang w:val="fr-FR"/>
        </w:rPr>
        <w:t>........................................................................................................................................................................................................................................................................................................</w:t>
      </w:r>
    </w:p>
    <w:p w14:paraId="0C77DB58" w14:textId="4F113E32" w:rsidR="005951F7" w:rsidRPr="00BA34D9" w:rsidRDefault="00000000" w:rsidP="00473937">
      <w:pPr>
        <w:jc w:val="both"/>
        <w:rPr>
          <w:rFonts w:ascii="Corbel" w:hAnsi="Corbel"/>
          <w:lang w:val="fr-FR"/>
        </w:rPr>
      </w:pPr>
      <w:sdt>
        <w:sdtPr>
          <w:rPr>
            <w:rFonts w:ascii="Corbel" w:hAnsi="Corbel"/>
            <w:b/>
            <w:lang w:val="fr-FR"/>
          </w:rPr>
          <w:id w:val="-182827898"/>
          <w14:checkbox>
            <w14:checked w14:val="0"/>
            <w14:checkedState w14:val="2612" w14:font="MS Gothic"/>
            <w14:uncheckedState w14:val="2610" w14:font="MS Gothic"/>
          </w14:checkbox>
        </w:sdtPr>
        <w:sdtContent>
          <w:r w:rsidR="00FB5B40">
            <w:rPr>
              <w:rFonts w:ascii="MS Gothic" w:eastAsia="MS Gothic" w:hAnsi="MS Gothic" w:hint="eastAsia"/>
              <w:b/>
              <w:lang w:val="fr-FR"/>
            </w:rPr>
            <w:t>☐</w:t>
          </w:r>
        </w:sdtContent>
      </w:sdt>
      <w:r w:rsidR="005951F7" w:rsidRPr="00BA34D9">
        <w:rPr>
          <w:rFonts w:ascii="Corbel" w:hAnsi="Corbel"/>
          <w:b/>
          <w:lang w:val="fr-FR"/>
        </w:rPr>
        <w:t xml:space="preserve"> 2. Quelles sont aujourd’hui vos principales responsabilités dans votre poste actuel (ou dernier poste occupé) ?</w:t>
      </w:r>
    </w:p>
    <w:p w14:paraId="6D267A4F" w14:textId="77777777" w:rsidR="005951F7" w:rsidRPr="00BA34D9" w:rsidRDefault="005951F7" w:rsidP="005951F7">
      <w:pPr>
        <w:rPr>
          <w:rFonts w:ascii="Corbel" w:hAnsi="Corbel"/>
          <w:lang w:val="fr-FR"/>
        </w:rPr>
      </w:pPr>
      <w:r w:rsidRPr="00BA34D9">
        <w:rPr>
          <w:rFonts w:ascii="Corbel" w:hAnsi="Corbel"/>
          <w:lang w:val="fr-FR"/>
        </w:rPr>
        <w:t>Commentaires / éléments de réponse :</w:t>
      </w:r>
    </w:p>
    <w:p w14:paraId="5DF5411E" w14:textId="7CD8DFE6" w:rsidR="005951F7" w:rsidRPr="00BA34D9" w:rsidRDefault="00D45EE5" w:rsidP="00473937">
      <w:pPr>
        <w:jc w:val="both"/>
        <w:rPr>
          <w:rFonts w:ascii="Corbel" w:hAnsi="Corbel"/>
          <w:lang w:val="fr-FR"/>
        </w:rPr>
      </w:pPr>
      <w:r w:rsidRPr="00BA34D9">
        <w:rPr>
          <w:rFonts w:ascii="Corbel" w:hAnsi="Corbel"/>
          <w:lang w:val="fr-FR"/>
        </w:rPr>
        <w:t>........................................................................................................................................................................................................................................................................................................</w:t>
      </w:r>
      <w:sdt>
        <w:sdtPr>
          <w:rPr>
            <w:rFonts w:ascii="Corbel" w:hAnsi="Corbel"/>
            <w:b/>
            <w:lang w:val="fr-FR"/>
          </w:rPr>
          <w:id w:val="-387034560"/>
          <w14:checkbox>
            <w14:checked w14:val="0"/>
            <w14:checkedState w14:val="2612" w14:font="MS Gothic"/>
            <w14:uncheckedState w14:val="2610" w14:font="MS Gothic"/>
          </w14:checkbox>
        </w:sdtPr>
        <w:sdtContent>
          <w:r w:rsidR="005951F7" w:rsidRPr="00BA34D9">
            <w:rPr>
              <w:rFonts w:ascii="Segoe UI Symbol" w:eastAsia="MS Gothic" w:hAnsi="Segoe UI Symbol" w:cs="Segoe UI Symbol"/>
              <w:b/>
              <w:lang w:val="fr-FR"/>
            </w:rPr>
            <w:t>☐</w:t>
          </w:r>
        </w:sdtContent>
      </w:sdt>
      <w:r w:rsidR="005951F7" w:rsidRPr="00BA34D9">
        <w:rPr>
          <w:rFonts w:ascii="Corbel" w:hAnsi="Corbel"/>
          <w:b/>
          <w:lang w:val="fr-FR"/>
        </w:rPr>
        <w:t xml:space="preserve"> 3. Qu’est-ce qui vous attire spécifiquement dans notre </w:t>
      </w:r>
      <w:r w:rsidR="00392F9B" w:rsidRPr="00BA34D9">
        <w:rPr>
          <w:rFonts w:ascii="Corbel" w:hAnsi="Corbel"/>
          <w:b/>
          <w:lang w:val="fr-FR"/>
        </w:rPr>
        <w:t>organisation</w:t>
      </w:r>
      <w:r w:rsidR="005951F7" w:rsidRPr="00BA34D9">
        <w:rPr>
          <w:rFonts w:ascii="Corbel" w:hAnsi="Corbel"/>
          <w:b/>
          <w:lang w:val="fr-FR"/>
        </w:rPr>
        <w:t xml:space="preserve"> et dans ce poste de DSI</w:t>
      </w:r>
      <w:r w:rsidR="00D65B98" w:rsidRPr="00BA34D9">
        <w:rPr>
          <w:rFonts w:ascii="Corbel" w:hAnsi="Corbel"/>
          <w:b/>
          <w:lang w:val="fr-FR"/>
        </w:rPr>
        <w:t xml:space="preserve"> </w:t>
      </w:r>
      <w:r w:rsidR="005951F7" w:rsidRPr="00BA34D9">
        <w:rPr>
          <w:rFonts w:ascii="Corbel" w:hAnsi="Corbel"/>
          <w:b/>
          <w:lang w:val="fr-FR"/>
        </w:rPr>
        <w:t>?</w:t>
      </w:r>
    </w:p>
    <w:p w14:paraId="24D0040D" w14:textId="77777777" w:rsidR="005951F7" w:rsidRPr="00BA34D9" w:rsidRDefault="005951F7" w:rsidP="005951F7">
      <w:pPr>
        <w:rPr>
          <w:rFonts w:ascii="Corbel" w:hAnsi="Corbel"/>
          <w:lang w:val="fr-FR"/>
        </w:rPr>
      </w:pPr>
      <w:r w:rsidRPr="00BA34D9">
        <w:rPr>
          <w:rFonts w:ascii="Corbel" w:hAnsi="Corbel"/>
          <w:lang w:val="fr-FR"/>
        </w:rPr>
        <w:t>Commentaires / éléments de réponse :</w:t>
      </w:r>
    </w:p>
    <w:p w14:paraId="38F6E6AA" w14:textId="27127D4E" w:rsidR="005324E3" w:rsidRPr="00BA34D9" w:rsidRDefault="00D45EE5" w:rsidP="00473937">
      <w:pPr>
        <w:jc w:val="both"/>
        <w:rPr>
          <w:rFonts w:ascii="Corbel" w:hAnsi="Corbel"/>
          <w:lang w:val="fr-FR"/>
        </w:rPr>
      </w:pPr>
      <w:r w:rsidRPr="00BA34D9">
        <w:rPr>
          <w:rFonts w:ascii="Corbel" w:hAnsi="Corbel"/>
          <w:lang w:val="fr-FR"/>
        </w:rPr>
        <w:lastRenderedPageBreak/>
        <w:t>........................................................................................................................................................................................................................................................................................................</w:t>
      </w:r>
      <w:sdt>
        <w:sdtPr>
          <w:rPr>
            <w:rFonts w:ascii="Corbel" w:hAnsi="Corbel"/>
            <w:b/>
            <w:lang w:val="fr-FR"/>
          </w:rPr>
          <w:id w:val="-204100050"/>
          <w14:checkbox>
            <w14:checked w14:val="0"/>
            <w14:checkedState w14:val="2612" w14:font="MS Gothic"/>
            <w14:uncheckedState w14:val="2610" w14:font="MS Gothic"/>
          </w14:checkbox>
        </w:sdtPr>
        <w:sdtContent>
          <w:r w:rsidR="005324E3" w:rsidRPr="00BA34D9">
            <w:rPr>
              <w:rFonts w:ascii="Segoe UI Symbol" w:eastAsia="MS Gothic" w:hAnsi="Segoe UI Symbol" w:cs="Segoe UI Symbol"/>
              <w:b/>
              <w:lang w:val="fr-FR"/>
            </w:rPr>
            <w:t>☐</w:t>
          </w:r>
        </w:sdtContent>
      </w:sdt>
      <w:r w:rsidR="005324E3" w:rsidRPr="00BA34D9">
        <w:rPr>
          <w:rFonts w:ascii="Corbel" w:hAnsi="Corbel"/>
          <w:b/>
          <w:lang w:val="fr-FR"/>
        </w:rPr>
        <w:t xml:space="preserve"> 4. Pourquoi envisagez-vous de quitter votre poste actuel ? Qu’est-ce que vous recherchez que vous n’aviez pas, ou plus, dans ce contexte-là ?</w:t>
      </w:r>
    </w:p>
    <w:p w14:paraId="72FBCA24" w14:textId="77777777" w:rsidR="005324E3" w:rsidRPr="00BA34D9" w:rsidRDefault="005324E3" w:rsidP="005324E3">
      <w:pPr>
        <w:rPr>
          <w:rFonts w:ascii="Corbel" w:hAnsi="Corbel"/>
          <w:lang w:val="fr-FR"/>
        </w:rPr>
      </w:pPr>
      <w:r w:rsidRPr="00BA34D9">
        <w:rPr>
          <w:rFonts w:ascii="Corbel" w:hAnsi="Corbel"/>
          <w:lang w:val="fr-FR"/>
        </w:rPr>
        <w:t>Commentaires / éléments de réponse :</w:t>
      </w:r>
    </w:p>
    <w:p w14:paraId="1E4DD11C" w14:textId="0B5DF1D4" w:rsidR="00B57BB3" w:rsidRPr="00BA34D9" w:rsidRDefault="00D45EE5" w:rsidP="00473937">
      <w:pPr>
        <w:jc w:val="both"/>
        <w:rPr>
          <w:rFonts w:ascii="Corbel" w:hAnsi="Corbel"/>
          <w:lang w:val="fr-FR"/>
        </w:rPr>
      </w:pPr>
      <w:r w:rsidRPr="00BA34D9">
        <w:rPr>
          <w:rFonts w:ascii="Corbel" w:hAnsi="Corbel"/>
          <w:lang w:val="fr-FR"/>
        </w:rPr>
        <w:t>........................................................................................................................................................................................................................................................................................................</w:t>
      </w:r>
      <w:sdt>
        <w:sdtPr>
          <w:rPr>
            <w:rFonts w:ascii="Corbel" w:hAnsi="Corbel"/>
            <w:b/>
            <w:lang w:val="fr-FR"/>
          </w:rPr>
          <w:id w:val="1186867857"/>
          <w14:checkbox>
            <w14:checked w14:val="0"/>
            <w14:checkedState w14:val="2612" w14:font="MS Gothic"/>
            <w14:uncheckedState w14:val="2610" w14:font="MS Gothic"/>
          </w14:checkbox>
        </w:sdtPr>
        <w:sdtContent>
          <w:r w:rsidR="00B57BB3" w:rsidRPr="00BA34D9">
            <w:rPr>
              <w:rFonts w:ascii="Segoe UI Symbol" w:eastAsia="MS Gothic" w:hAnsi="Segoe UI Symbol" w:cs="Segoe UI Symbol"/>
              <w:b/>
              <w:lang w:val="fr-FR"/>
            </w:rPr>
            <w:t>☐</w:t>
          </w:r>
        </w:sdtContent>
      </w:sdt>
      <w:r w:rsidR="00B57BB3" w:rsidRPr="00BA34D9">
        <w:rPr>
          <w:rFonts w:ascii="Corbel" w:hAnsi="Corbel"/>
          <w:b/>
          <w:lang w:val="fr-FR"/>
        </w:rPr>
        <w:t xml:space="preserve"> </w:t>
      </w:r>
      <w:r w:rsidR="00013607" w:rsidRPr="00BA34D9">
        <w:rPr>
          <w:rFonts w:ascii="Corbel" w:hAnsi="Corbel"/>
          <w:b/>
          <w:lang w:val="fr-FR"/>
        </w:rPr>
        <w:t>5</w:t>
      </w:r>
      <w:r w:rsidR="00B57BB3" w:rsidRPr="00BA34D9">
        <w:rPr>
          <w:rFonts w:ascii="Corbel" w:hAnsi="Corbel"/>
          <w:b/>
          <w:lang w:val="fr-FR"/>
        </w:rPr>
        <w:t>. Dans le rôle de DSI, quels sont les aspects qui vous motivent le plus</w:t>
      </w:r>
      <w:r w:rsidR="00463319" w:rsidRPr="00BA34D9">
        <w:rPr>
          <w:rFonts w:ascii="Corbel" w:hAnsi="Corbel"/>
          <w:b/>
          <w:lang w:val="fr-FR"/>
        </w:rPr>
        <w:t xml:space="preserve"> </w:t>
      </w:r>
      <w:r w:rsidR="00B57BB3" w:rsidRPr="00BA34D9">
        <w:rPr>
          <w:rFonts w:ascii="Corbel" w:hAnsi="Corbel"/>
          <w:b/>
          <w:lang w:val="fr-FR"/>
        </w:rPr>
        <w:t>(gouvernance, gestion des risques, pilotage de projets, sensibilisation, gestion de crise, etc.) et ceux qui vous motivent le moins ?</w:t>
      </w:r>
    </w:p>
    <w:p w14:paraId="2A5BE395" w14:textId="77777777" w:rsidR="00B57BB3" w:rsidRPr="00BA34D9" w:rsidRDefault="00B57BB3" w:rsidP="00B57BB3">
      <w:pPr>
        <w:rPr>
          <w:rFonts w:ascii="Corbel" w:hAnsi="Corbel"/>
          <w:lang w:val="fr-FR"/>
        </w:rPr>
      </w:pPr>
      <w:r w:rsidRPr="00BA34D9">
        <w:rPr>
          <w:rFonts w:ascii="Corbel" w:hAnsi="Corbel"/>
          <w:lang w:val="fr-FR"/>
        </w:rPr>
        <w:t>Commentaires / éléments de réponse :</w:t>
      </w:r>
    </w:p>
    <w:p w14:paraId="6AA7B305" w14:textId="206B91C1" w:rsidR="000F259E" w:rsidRPr="00BA34D9" w:rsidRDefault="00D45EE5">
      <w:pPr>
        <w:rPr>
          <w:rFonts w:ascii="Corbel" w:hAnsi="Corbel"/>
          <w:lang w:val="fr-FR"/>
        </w:rPr>
      </w:pPr>
      <w:r w:rsidRPr="00BA34D9">
        <w:rPr>
          <w:rFonts w:ascii="Corbel" w:hAnsi="Corbel"/>
          <w:lang w:val="fr-FR"/>
        </w:rPr>
        <w:t>.......................................................................................................................................................................................................................................................................................................</w:t>
      </w:r>
      <w:r w:rsidR="00B57BB3" w:rsidRPr="00BA34D9">
        <w:rPr>
          <w:rFonts w:ascii="Corbel" w:hAnsi="Corbel"/>
          <w:lang w:val="fr-FR"/>
        </w:rPr>
        <w:t>.</w:t>
      </w:r>
    </w:p>
    <w:p w14:paraId="1CBC3741" w14:textId="522845C6" w:rsidR="00AB1031" w:rsidRDefault="00013607" w:rsidP="0012162F">
      <w:pPr>
        <w:pStyle w:val="Heading2"/>
        <w:numPr>
          <w:ilvl w:val="0"/>
          <w:numId w:val="13"/>
        </w:numPr>
        <w:rPr>
          <w:rFonts w:ascii="Corbel" w:hAnsi="Corbel"/>
          <w:lang w:val="fr-FR"/>
        </w:rPr>
      </w:pPr>
      <w:r w:rsidRPr="00BA34D9">
        <w:rPr>
          <w:rFonts w:ascii="Corbel" w:hAnsi="Corbel"/>
          <w:lang w:val="fr-FR"/>
        </w:rPr>
        <w:t>Parcours, vision du rôle et posture</w:t>
      </w:r>
    </w:p>
    <w:p w14:paraId="4CE040F1" w14:textId="77777777" w:rsidR="0012162F" w:rsidRPr="0012162F" w:rsidRDefault="0012162F" w:rsidP="0012162F">
      <w:pPr>
        <w:rPr>
          <w:lang w:val="fr-FR"/>
        </w:rPr>
      </w:pPr>
    </w:p>
    <w:p w14:paraId="7BA0838A" w14:textId="42402D89" w:rsidR="00AB1031" w:rsidRPr="00BA34D9" w:rsidRDefault="00000000" w:rsidP="00473937">
      <w:pPr>
        <w:jc w:val="both"/>
        <w:rPr>
          <w:rFonts w:ascii="Corbel" w:hAnsi="Corbel"/>
          <w:lang w:val="fr-FR"/>
        </w:rPr>
      </w:pPr>
      <w:sdt>
        <w:sdtPr>
          <w:rPr>
            <w:rFonts w:ascii="Corbel" w:hAnsi="Corbel"/>
            <w:b/>
            <w:lang w:val="fr-FR"/>
          </w:rPr>
          <w:id w:val="-1540893582"/>
          <w14:checkbox>
            <w14:checked w14:val="0"/>
            <w14:checkedState w14:val="2612" w14:font="MS Gothic"/>
            <w14:uncheckedState w14:val="2610" w14:font="MS Gothic"/>
          </w14:checkbox>
        </w:sdtPr>
        <w:sdtContent>
          <w:r w:rsidR="003C45F3" w:rsidRPr="00BA34D9">
            <w:rPr>
              <w:rFonts w:ascii="Segoe UI Symbol" w:eastAsia="MS Gothic" w:hAnsi="Segoe UI Symbol" w:cs="Segoe UI Symbol"/>
              <w:b/>
              <w:lang w:val="fr-FR"/>
            </w:rPr>
            <w:t>☐</w:t>
          </w:r>
        </w:sdtContent>
      </w:sdt>
      <w:r w:rsidR="00013607" w:rsidRPr="00BA34D9">
        <w:rPr>
          <w:rFonts w:ascii="Corbel" w:hAnsi="Corbel"/>
          <w:b/>
          <w:lang w:val="fr-FR"/>
        </w:rPr>
        <w:t xml:space="preserve"> </w:t>
      </w:r>
      <w:r w:rsidR="006A3F22" w:rsidRPr="00BA34D9">
        <w:rPr>
          <w:rFonts w:ascii="Corbel" w:hAnsi="Corbel"/>
          <w:b/>
          <w:lang w:val="fr-FR"/>
        </w:rPr>
        <w:t>6</w:t>
      </w:r>
      <w:r w:rsidR="00013607" w:rsidRPr="00BA34D9">
        <w:rPr>
          <w:rFonts w:ascii="Corbel" w:hAnsi="Corbel"/>
          <w:b/>
          <w:lang w:val="fr-FR"/>
        </w:rPr>
        <w:t>. Pouvez-vous décrire votre expérience la plus significative en tant que responsable de la sécurité de l’information (ou rôle équivalent) ?</w:t>
      </w:r>
    </w:p>
    <w:p w14:paraId="57E3378C" w14:textId="77777777" w:rsidR="00AB1031" w:rsidRPr="00BA34D9" w:rsidRDefault="00013607">
      <w:pPr>
        <w:rPr>
          <w:rFonts w:ascii="Corbel" w:hAnsi="Corbel"/>
          <w:lang w:val="fr-FR"/>
        </w:rPr>
      </w:pPr>
      <w:r w:rsidRPr="00BA34D9">
        <w:rPr>
          <w:rFonts w:ascii="Corbel" w:hAnsi="Corbel"/>
          <w:lang w:val="fr-FR"/>
        </w:rPr>
        <w:t>Commentaires / éléments de réponse :</w:t>
      </w:r>
    </w:p>
    <w:p w14:paraId="77370837" w14:textId="285F74BA" w:rsidR="00AB1031" w:rsidRPr="00BA34D9" w:rsidRDefault="00CF25D9" w:rsidP="00473937">
      <w:pPr>
        <w:jc w:val="both"/>
        <w:rPr>
          <w:rFonts w:ascii="Corbel" w:hAnsi="Corbel"/>
          <w:lang w:val="fr-FR"/>
        </w:rPr>
      </w:pPr>
      <w:r w:rsidRPr="00BA34D9">
        <w:rPr>
          <w:rFonts w:ascii="Corbel" w:hAnsi="Corbel"/>
          <w:lang w:val="fr-FR"/>
        </w:rPr>
        <w:t>........................................................................................................................................................................................................................................................................................................</w:t>
      </w:r>
      <w:sdt>
        <w:sdtPr>
          <w:rPr>
            <w:rFonts w:ascii="Corbel" w:hAnsi="Corbel"/>
            <w:b/>
            <w:lang w:val="fr-FR"/>
          </w:rPr>
          <w:id w:val="-189453814"/>
          <w14:checkbox>
            <w14:checked w14:val="0"/>
            <w14:checkedState w14:val="2612" w14:font="MS Gothic"/>
            <w14:uncheckedState w14:val="2610" w14:font="MS Gothic"/>
          </w14:checkbox>
        </w:sdtPr>
        <w:sdtContent>
          <w:r w:rsidR="003C45F3" w:rsidRPr="00BA34D9">
            <w:rPr>
              <w:rFonts w:ascii="Segoe UI Symbol" w:eastAsia="MS Gothic" w:hAnsi="Segoe UI Symbol" w:cs="Segoe UI Symbol"/>
              <w:b/>
              <w:lang w:val="fr-FR"/>
            </w:rPr>
            <w:t>☐</w:t>
          </w:r>
        </w:sdtContent>
      </w:sdt>
      <w:r w:rsidR="00013607" w:rsidRPr="00BA34D9">
        <w:rPr>
          <w:rFonts w:ascii="Corbel" w:hAnsi="Corbel"/>
          <w:b/>
          <w:lang w:val="fr-FR"/>
        </w:rPr>
        <w:t xml:space="preserve"> </w:t>
      </w:r>
      <w:r w:rsidR="002F0336" w:rsidRPr="00BA34D9">
        <w:rPr>
          <w:rFonts w:ascii="Corbel" w:hAnsi="Corbel"/>
          <w:b/>
          <w:lang w:val="fr-FR"/>
        </w:rPr>
        <w:t>7</w:t>
      </w:r>
      <w:r w:rsidR="00013607" w:rsidRPr="00BA34D9">
        <w:rPr>
          <w:rFonts w:ascii="Corbel" w:hAnsi="Corbel"/>
          <w:b/>
          <w:lang w:val="fr-FR"/>
        </w:rPr>
        <w:t>. Comment décririez-vous le rôle d’un DSI au sein d’une administration publique luxembourgeoise ?</w:t>
      </w:r>
    </w:p>
    <w:p w14:paraId="15430E35" w14:textId="77777777" w:rsidR="00AB1031" w:rsidRPr="00BA34D9" w:rsidRDefault="00013607">
      <w:pPr>
        <w:rPr>
          <w:rFonts w:ascii="Corbel" w:hAnsi="Corbel"/>
          <w:lang w:val="fr-FR"/>
        </w:rPr>
      </w:pPr>
      <w:r w:rsidRPr="00BA34D9">
        <w:rPr>
          <w:rFonts w:ascii="Corbel" w:hAnsi="Corbel"/>
          <w:lang w:val="fr-FR"/>
        </w:rPr>
        <w:t>Commentaires / éléments de réponse :</w:t>
      </w:r>
    </w:p>
    <w:p w14:paraId="746F8EAE" w14:textId="710DCA86" w:rsidR="008C4F36" w:rsidRPr="00BA34D9" w:rsidRDefault="00CF25D9" w:rsidP="00473937">
      <w:pPr>
        <w:jc w:val="both"/>
        <w:rPr>
          <w:rFonts w:ascii="Corbel" w:hAnsi="Corbel"/>
          <w:lang w:val="fr-FR"/>
        </w:rPr>
      </w:pPr>
      <w:r w:rsidRPr="00BA34D9">
        <w:rPr>
          <w:rFonts w:ascii="Corbel" w:hAnsi="Corbel"/>
          <w:lang w:val="fr-FR"/>
        </w:rPr>
        <w:t>........................................................................................................................................................................................................................................................................................................</w:t>
      </w:r>
      <w:sdt>
        <w:sdtPr>
          <w:rPr>
            <w:rFonts w:ascii="Corbel" w:hAnsi="Corbel"/>
            <w:b/>
            <w:lang w:val="fr-FR"/>
          </w:rPr>
          <w:id w:val="1441343589"/>
          <w14:checkbox>
            <w14:checked w14:val="0"/>
            <w14:checkedState w14:val="2612" w14:font="MS Gothic"/>
            <w14:uncheckedState w14:val="2610" w14:font="MS Gothic"/>
          </w14:checkbox>
        </w:sdtPr>
        <w:sdtContent>
          <w:r w:rsidR="002F0336" w:rsidRPr="00BA34D9">
            <w:rPr>
              <w:rFonts w:ascii="Segoe UI Symbol" w:eastAsia="MS Gothic" w:hAnsi="Segoe UI Symbol" w:cs="Segoe UI Symbol"/>
              <w:b/>
              <w:lang w:val="fr-FR"/>
            </w:rPr>
            <w:t>☐</w:t>
          </w:r>
        </w:sdtContent>
      </w:sdt>
      <w:r w:rsidR="008C4F36" w:rsidRPr="00BA34D9">
        <w:rPr>
          <w:rFonts w:ascii="Corbel" w:hAnsi="Corbel"/>
          <w:b/>
          <w:lang w:val="fr-FR"/>
        </w:rPr>
        <w:t xml:space="preserve"> </w:t>
      </w:r>
      <w:r w:rsidR="002F0336" w:rsidRPr="00BA34D9">
        <w:rPr>
          <w:rFonts w:ascii="Corbel" w:hAnsi="Corbel"/>
          <w:b/>
          <w:lang w:val="fr-FR"/>
        </w:rPr>
        <w:t>8</w:t>
      </w:r>
      <w:r w:rsidR="008C4F36" w:rsidRPr="00BA34D9">
        <w:rPr>
          <w:rFonts w:ascii="Corbel" w:hAnsi="Corbel"/>
          <w:b/>
          <w:lang w:val="fr-FR"/>
        </w:rPr>
        <w:t xml:space="preserve">. </w:t>
      </w:r>
      <w:r w:rsidR="00A10522" w:rsidRPr="00BA34D9">
        <w:rPr>
          <w:rFonts w:ascii="Corbel" w:hAnsi="Corbel"/>
          <w:b/>
          <w:lang w:val="fr-FR"/>
        </w:rPr>
        <w:t>D’après v</w:t>
      </w:r>
      <w:r w:rsidR="00F02D13" w:rsidRPr="00BA34D9">
        <w:rPr>
          <w:rFonts w:ascii="Corbel" w:hAnsi="Corbel"/>
          <w:b/>
          <w:lang w:val="fr-FR"/>
        </w:rPr>
        <w:t>ous</w:t>
      </w:r>
      <w:r w:rsidR="00A10522" w:rsidRPr="00BA34D9">
        <w:rPr>
          <w:rFonts w:ascii="Corbel" w:hAnsi="Corbel"/>
          <w:b/>
          <w:lang w:val="fr-FR"/>
        </w:rPr>
        <w:t>, quelles sont les actions et priorités que vous jugez essentielles au cours des 90 premiers jours lorsque vous prenez un poste de DSI</w:t>
      </w:r>
      <w:r w:rsidR="008C4F36" w:rsidRPr="00BA34D9">
        <w:rPr>
          <w:rFonts w:ascii="Corbel" w:hAnsi="Corbel"/>
          <w:b/>
          <w:lang w:val="fr-FR"/>
        </w:rPr>
        <w:t xml:space="preserve"> ?</w:t>
      </w:r>
    </w:p>
    <w:p w14:paraId="76C195B4" w14:textId="77777777" w:rsidR="008C4F36" w:rsidRPr="00BA34D9" w:rsidRDefault="008C4F36" w:rsidP="008C4F36">
      <w:pPr>
        <w:rPr>
          <w:rFonts w:ascii="Corbel" w:hAnsi="Corbel"/>
          <w:lang w:val="fr-FR"/>
        </w:rPr>
      </w:pPr>
      <w:r w:rsidRPr="00BA34D9">
        <w:rPr>
          <w:rFonts w:ascii="Corbel" w:hAnsi="Corbel"/>
          <w:lang w:val="fr-FR"/>
        </w:rPr>
        <w:t>Commentaires / éléments de réponse :</w:t>
      </w:r>
    </w:p>
    <w:p w14:paraId="73F997C4" w14:textId="391F7768" w:rsidR="003A7962" w:rsidRPr="00BA34D9" w:rsidRDefault="00CF25D9" w:rsidP="00473937">
      <w:pPr>
        <w:jc w:val="both"/>
        <w:rPr>
          <w:rFonts w:ascii="Corbel" w:hAnsi="Corbel"/>
          <w:lang w:val="fr-FR"/>
        </w:rPr>
      </w:pPr>
      <w:r w:rsidRPr="00BA34D9">
        <w:rPr>
          <w:rFonts w:ascii="Corbel" w:hAnsi="Corbel"/>
          <w:lang w:val="fr-FR"/>
        </w:rPr>
        <w:t>........................................................................................................................................................................................................................................................................................................</w:t>
      </w:r>
      <w:sdt>
        <w:sdtPr>
          <w:rPr>
            <w:rFonts w:ascii="Corbel" w:hAnsi="Corbel"/>
            <w:b/>
            <w:lang w:val="fr-FR"/>
          </w:rPr>
          <w:id w:val="-550685171"/>
          <w14:checkbox>
            <w14:checked w14:val="0"/>
            <w14:checkedState w14:val="2612" w14:font="MS Gothic"/>
            <w14:uncheckedState w14:val="2610" w14:font="MS Gothic"/>
          </w14:checkbox>
        </w:sdtPr>
        <w:sdtContent>
          <w:r w:rsidR="003A7962" w:rsidRPr="00BA34D9">
            <w:rPr>
              <w:rFonts w:ascii="Segoe UI Symbol" w:eastAsia="MS Gothic" w:hAnsi="Segoe UI Symbol" w:cs="Segoe UI Symbol"/>
              <w:b/>
              <w:lang w:val="fr-FR"/>
            </w:rPr>
            <w:t>☐</w:t>
          </w:r>
        </w:sdtContent>
      </w:sdt>
      <w:r w:rsidR="003A7962" w:rsidRPr="00BA34D9">
        <w:rPr>
          <w:rFonts w:ascii="Corbel" w:hAnsi="Corbel"/>
          <w:b/>
          <w:lang w:val="fr-FR"/>
        </w:rPr>
        <w:t xml:space="preserve"> </w:t>
      </w:r>
      <w:r w:rsidR="00286874" w:rsidRPr="00BA34D9">
        <w:rPr>
          <w:rFonts w:ascii="Corbel" w:hAnsi="Corbel"/>
          <w:b/>
          <w:lang w:val="fr-FR"/>
        </w:rPr>
        <w:t>9</w:t>
      </w:r>
      <w:r w:rsidR="003A7962" w:rsidRPr="00BA34D9">
        <w:rPr>
          <w:rFonts w:ascii="Corbel" w:hAnsi="Corbel"/>
          <w:b/>
          <w:lang w:val="fr-FR"/>
        </w:rPr>
        <w:t>. Comment expliqueriez-vous la sécurité de l’information à une Direction Générale qui n’est pas technique, en quelques phrases, sans langage « IT » ?</w:t>
      </w:r>
    </w:p>
    <w:p w14:paraId="49403B87" w14:textId="77777777" w:rsidR="003A7962" w:rsidRPr="00BA34D9" w:rsidRDefault="003A7962" w:rsidP="003A7962">
      <w:pPr>
        <w:rPr>
          <w:rFonts w:ascii="Corbel" w:hAnsi="Corbel"/>
          <w:lang w:val="fr-FR"/>
        </w:rPr>
      </w:pPr>
      <w:r w:rsidRPr="00BA34D9">
        <w:rPr>
          <w:rFonts w:ascii="Corbel" w:hAnsi="Corbel"/>
          <w:lang w:val="fr-FR"/>
        </w:rPr>
        <w:t>Commentaires / éléments de réponse :</w:t>
      </w:r>
    </w:p>
    <w:p w14:paraId="013E6B1F" w14:textId="5A5EDAFD" w:rsidR="003A7962" w:rsidRPr="00BA34D9" w:rsidRDefault="00CF25D9">
      <w:pPr>
        <w:rPr>
          <w:rFonts w:ascii="Corbel" w:hAnsi="Corbel"/>
          <w:lang w:val="fr-FR"/>
        </w:rPr>
      </w:pPr>
      <w:r w:rsidRPr="00BA34D9">
        <w:rPr>
          <w:rFonts w:ascii="Corbel" w:hAnsi="Corbel"/>
          <w:lang w:val="fr-FR"/>
        </w:rPr>
        <w:t>........................................................................................................................................................................................................................................................................................................</w:t>
      </w:r>
    </w:p>
    <w:p w14:paraId="7A2CDEAD" w14:textId="75E5C979" w:rsidR="00C671B7" w:rsidRDefault="00C671B7" w:rsidP="00824190">
      <w:pPr>
        <w:pStyle w:val="Heading2"/>
        <w:numPr>
          <w:ilvl w:val="0"/>
          <w:numId w:val="13"/>
        </w:numPr>
        <w:rPr>
          <w:rFonts w:ascii="Corbel" w:hAnsi="Corbel"/>
          <w:lang w:val="fr-FR"/>
        </w:rPr>
      </w:pPr>
      <w:r w:rsidRPr="00BA34D9">
        <w:rPr>
          <w:rFonts w:ascii="Corbel" w:hAnsi="Corbel"/>
          <w:lang w:val="fr-FR"/>
        </w:rPr>
        <w:t xml:space="preserve">Compétences comportementales et </w:t>
      </w:r>
      <w:r w:rsidR="00BA77E2" w:rsidRPr="00BA34D9">
        <w:rPr>
          <w:rFonts w:ascii="Corbel" w:hAnsi="Corbel"/>
          <w:lang w:val="fr-FR"/>
        </w:rPr>
        <w:t>« </w:t>
      </w:r>
      <w:r w:rsidR="00DA06C5" w:rsidRPr="00BA34D9">
        <w:rPr>
          <w:rFonts w:ascii="Corbel" w:hAnsi="Corbel"/>
          <w:lang w:val="fr-FR"/>
        </w:rPr>
        <w:t>S</w:t>
      </w:r>
      <w:r w:rsidRPr="00BA34D9">
        <w:rPr>
          <w:rFonts w:ascii="Corbel" w:hAnsi="Corbel"/>
          <w:lang w:val="fr-FR"/>
        </w:rPr>
        <w:t xml:space="preserve">oft </w:t>
      </w:r>
      <w:r w:rsidR="00DA06C5" w:rsidRPr="00BA34D9">
        <w:rPr>
          <w:rFonts w:ascii="Corbel" w:hAnsi="Corbel"/>
          <w:lang w:val="fr-FR"/>
        </w:rPr>
        <w:t>S</w:t>
      </w:r>
      <w:r w:rsidRPr="00BA34D9">
        <w:rPr>
          <w:rFonts w:ascii="Corbel" w:hAnsi="Corbel"/>
          <w:lang w:val="fr-FR"/>
        </w:rPr>
        <w:t>kills</w:t>
      </w:r>
      <w:r w:rsidR="00BA77E2" w:rsidRPr="00BA34D9">
        <w:rPr>
          <w:rFonts w:ascii="Corbel" w:hAnsi="Corbel"/>
          <w:lang w:val="fr-FR"/>
        </w:rPr>
        <w:t> »</w:t>
      </w:r>
    </w:p>
    <w:p w14:paraId="4926F084" w14:textId="77777777" w:rsidR="00824190" w:rsidRPr="00824190" w:rsidRDefault="00824190" w:rsidP="00824190">
      <w:pPr>
        <w:pStyle w:val="ListParagraph"/>
        <w:rPr>
          <w:lang w:val="fr-FR"/>
        </w:rPr>
      </w:pPr>
    </w:p>
    <w:p w14:paraId="266799DF" w14:textId="3953A2DF" w:rsidR="00C671B7" w:rsidRPr="00BA34D9" w:rsidRDefault="00000000" w:rsidP="00473937">
      <w:pPr>
        <w:jc w:val="both"/>
        <w:rPr>
          <w:rFonts w:ascii="Corbel" w:hAnsi="Corbel"/>
          <w:lang w:val="fr-FR"/>
        </w:rPr>
      </w:pPr>
      <w:sdt>
        <w:sdtPr>
          <w:rPr>
            <w:rFonts w:ascii="Corbel" w:hAnsi="Corbel"/>
            <w:b/>
            <w:lang w:val="fr-FR"/>
          </w:rPr>
          <w:id w:val="-209962726"/>
          <w14:checkbox>
            <w14:checked w14:val="0"/>
            <w14:checkedState w14:val="2612" w14:font="MS Gothic"/>
            <w14:uncheckedState w14:val="2610" w14:font="MS Gothic"/>
          </w14:checkbox>
        </w:sdtPr>
        <w:sdtContent>
          <w:r w:rsidR="00C671B7" w:rsidRPr="00BA34D9">
            <w:rPr>
              <w:rFonts w:ascii="Segoe UI Symbol" w:eastAsia="MS Gothic" w:hAnsi="Segoe UI Symbol" w:cs="Segoe UI Symbol"/>
              <w:b/>
              <w:lang w:val="fr-FR"/>
            </w:rPr>
            <w:t>☐</w:t>
          </w:r>
        </w:sdtContent>
      </w:sdt>
      <w:r w:rsidR="00C671B7" w:rsidRPr="00BA34D9">
        <w:rPr>
          <w:rFonts w:ascii="Corbel" w:hAnsi="Corbel"/>
          <w:b/>
          <w:lang w:val="fr-FR"/>
        </w:rPr>
        <w:t xml:space="preserve"> 1</w:t>
      </w:r>
      <w:r w:rsidR="00C74285" w:rsidRPr="00BA34D9">
        <w:rPr>
          <w:rFonts w:ascii="Corbel" w:hAnsi="Corbel"/>
          <w:b/>
          <w:lang w:val="fr-FR"/>
        </w:rPr>
        <w:t>0</w:t>
      </w:r>
      <w:r w:rsidR="00C671B7" w:rsidRPr="00BA34D9">
        <w:rPr>
          <w:rFonts w:ascii="Corbel" w:hAnsi="Corbel"/>
          <w:b/>
          <w:lang w:val="fr-FR"/>
        </w:rPr>
        <w:t xml:space="preserve">. </w:t>
      </w:r>
      <w:r w:rsidR="00387E99" w:rsidRPr="00BA34D9">
        <w:rPr>
          <w:rFonts w:ascii="Corbel" w:hAnsi="Corbel"/>
          <w:b/>
          <w:lang w:val="fr-FR"/>
        </w:rPr>
        <w:t>De quoi avez-vous besoin, concrètement, dans votre environnement de travail pour être engagé(e) et performant(e)</w:t>
      </w:r>
      <w:r w:rsidR="00C671B7" w:rsidRPr="00BA34D9">
        <w:rPr>
          <w:rFonts w:ascii="Corbel" w:hAnsi="Corbel"/>
          <w:b/>
          <w:lang w:val="fr-FR"/>
        </w:rPr>
        <w:t xml:space="preserve"> ?</w:t>
      </w:r>
      <w:r w:rsidR="00387E99" w:rsidRPr="00BA34D9">
        <w:rPr>
          <w:rFonts w:ascii="Corbel" w:hAnsi="Corbel"/>
          <w:b/>
          <w:lang w:val="fr-FR"/>
        </w:rPr>
        <w:t xml:space="preserve"> – Type de management, autonomie, soutien, clarté des priorités, culture d’équipe, etc.</w:t>
      </w:r>
    </w:p>
    <w:p w14:paraId="6F86BFC6" w14:textId="77777777" w:rsidR="00C671B7" w:rsidRPr="00BA34D9" w:rsidRDefault="00C671B7" w:rsidP="00C671B7">
      <w:pPr>
        <w:rPr>
          <w:rFonts w:ascii="Corbel" w:hAnsi="Corbel"/>
          <w:lang w:val="fr-FR"/>
        </w:rPr>
      </w:pPr>
      <w:r w:rsidRPr="00BA34D9">
        <w:rPr>
          <w:rFonts w:ascii="Corbel" w:hAnsi="Corbel"/>
          <w:lang w:val="fr-FR"/>
        </w:rPr>
        <w:t>Commentaires / éléments de réponse :</w:t>
      </w:r>
    </w:p>
    <w:p w14:paraId="1622F154" w14:textId="7C6931FF" w:rsidR="001916CF" w:rsidRPr="00BA34D9" w:rsidRDefault="00CF25D9" w:rsidP="00473937">
      <w:pPr>
        <w:jc w:val="both"/>
        <w:rPr>
          <w:rFonts w:ascii="Corbel" w:hAnsi="Corbel"/>
          <w:lang w:val="fr-FR"/>
        </w:rPr>
      </w:pPr>
      <w:r w:rsidRPr="00BA34D9">
        <w:rPr>
          <w:rFonts w:ascii="Corbel" w:hAnsi="Corbel"/>
          <w:lang w:val="fr-FR"/>
        </w:rPr>
        <w:t>........................................................................................................................................................................................................................................................................................................</w:t>
      </w:r>
      <w:sdt>
        <w:sdtPr>
          <w:rPr>
            <w:rFonts w:ascii="Corbel" w:hAnsi="Corbel"/>
            <w:b/>
            <w:lang w:val="fr-FR"/>
          </w:rPr>
          <w:id w:val="-529640766"/>
          <w14:checkbox>
            <w14:checked w14:val="0"/>
            <w14:checkedState w14:val="2612" w14:font="MS Gothic"/>
            <w14:uncheckedState w14:val="2610" w14:font="MS Gothic"/>
          </w14:checkbox>
        </w:sdtPr>
        <w:sdtContent>
          <w:r w:rsidR="001916CF" w:rsidRPr="00BA34D9">
            <w:rPr>
              <w:rFonts w:ascii="Segoe UI Symbol" w:eastAsia="MS Gothic" w:hAnsi="Segoe UI Symbol" w:cs="Segoe UI Symbol"/>
              <w:b/>
              <w:lang w:val="fr-FR"/>
            </w:rPr>
            <w:t>☐</w:t>
          </w:r>
        </w:sdtContent>
      </w:sdt>
      <w:r w:rsidR="001916CF" w:rsidRPr="00BA34D9">
        <w:rPr>
          <w:rFonts w:ascii="Corbel" w:hAnsi="Corbel"/>
          <w:b/>
          <w:lang w:val="fr-FR"/>
        </w:rPr>
        <w:t xml:space="preserve"> 11. Si je demande à votre supérieur et à deux de vos collègues de vous décrire en trois mots, que diraient-ils de vous en termes de points forts, et en termes de points à améliorer ?</w:t>
      </w:r>
    </w:p>
    <w:p w14:paraId="5590E9CC" w14:textId="77777777" w:rsidR="001916CF" w:rsidRPr="00BA34D9" w:rsidRDefault="001916CF" w:rsidP="001916CF">
      <w:pPr>
        <w:rPr>
          <w:rFonts w:ascii="Corbel" w:hAnsi="Corbel"/>
          <w:lang w:val="fr-FR"/>
        </w:rPr>
      </w:pPr>
      <w:r w:rsidRPr="00BA34D9">
        <w:rPr>
          <w:rFonts w:ascii="Corbel" w:hAnsi="Corbel"/>
          <w:lang w:val="fr-FR"/>
        </w:rPr>
        <w:t>Commentaires / éléments de réponse :</w:t>
      </w:r>
    </w:p>
    <w:p w14:paraId="6FD2B2DB" w14:textId="7DA71FD0" w:rsidR="001916CF" w:rsidRPr="00BA34D9" w:rsidRDefault="00CF25D9" w:rsidP="001916CF">
      <w:pPr>
        <w:rPr>
          <w:rFonts w:ascii="Corbel" w:hAnsi="Corbel"/>
          <w:lang w:val="fr-FR"/>
        </w:rPr>
      </w:pPr>
      <w:r w:rsidRPr="00BA34D9">
        <w:rPr>
          <w:rFonts w:ascii="Corbel" w:hAnsi="Corbel"/>
          <w:lang w:val="fr-FR"/>
        </w:rPr>
        <w:t>........................................................................................................................................................................................................................................................................................................</w:t>
      </w:r>
    </w:p>
    <w:p w14:paraId="3C6E06C5" w14:textId="7652FA25" w:rsidR="00D60106" w:rsidRPr="00BA34D9" w:rsidRDefault="00000000" w:rsidP="00473937">
      <w:pPr>
        <w:jc w:val="both"/>
        <w:rPr>
          <w:rFonts w:ascii="Corbel" w:hAnsi="Corbel"/>
          <w:lang w:val="fr-FR"/>
        </w:rPr>
      </w:pPr>
      <w:sdt>
        <w:sdtPr>
          <w:rPr>
            <w:rFonts w:ascii="Corbel" w:hAnsi="Corbel"/>
            <w:b/>
            <w:lang w:val="fr-FR"/>
          </w:rPr>
          <w:id w:val="941499453"/>
          <w14:checkbox>
            <w14:checked w14:val="0"/>
            <w14:checkedState w14:val="2612" w14:font="MS Gothic"/>
            <w14:uncheckedState w14:val="2610" w14:font="MS Gothic"/>
          </w14:checkbox>
        </w:sdtPr>
        <w:sdtContent>
          <w:r w:rsidR="00D60106" w:rsidRPr="00BA34D9">
            <w:rPr>
              <w:rFonts w:ascii="Segoe UI Symbol" w:eastAsia="MS Gothic" w:hAnsi="Segoe UI Symbol" w:cs="Segoe UI Symbol"/>
              <w:b/>
              <w:lang w:val="fr-FR"/>
            </w:rPr>
            <w:t>☐</w:t>
          </w:r>
        </w:sdtContent>
      </w:sdt>
      <w:r w:rsidR="00D60106" w:rsidRPr="00BA34D9">
        <w:rPr>
          <w:rFonts w:ascii="Corbel" w:hAnsi="Corbel"/>
          <w:b/>
          <w:lang w:val="fr-FR"/>
        </w:rPr>
        <w:t xml:space="preserve"> 1</w:t>
      </w:r>
      <w:r w:rsidR="00C74285" w:rsidRPr="00BA34D9">
        <w:rPr>
          <w:rFonts w:ascii="Corbel" w:hAnsi="Corbel"/>
          <w:b/>
          <w:lang w:val="fr-FR"/>
        </w:rPr>
        <w:t>2</w:t>
      </w:r>
      <w:r w:rsidR="00D60106" w:rsidRPr="00BA34D9">
        <w:rPr>
          <w:rFonts w:ascii="Corbel" w:hAnsi="Corbel"/>
          <w:b/>
          <w:lang w:val="fr-FR"/>
        </w:rPr>
        <w:t>. Sur le plan professionnel, quel est aujourd’hui le principal point que vous cherchez à améliorer chez vous (communication, gestion du temps, gestion du stress, prise de parole) ?</w:t>
      </w:r>
    </w:p>
    <w:p w14:paraId="64068131" w14:textId="77777777" w:rsidR="00D60106" w:rsidRPr="00BA34D9" w:rsidRDefault="00D60106" w:rsidP="00D60106">
      <w:pPr>
        <w:rPr>
          <w:rFonts w:ascii="Corbel" w:hAnsi="Corbel"/>
          <w:lang w:val="fr-FR"/>
        </w:rPr>
      </w:pPr>
      <w:r w:rsidRPr="00BA34D9">
        <w:rPr>
          <w:rFonts w:ascii="Corbel" w:hAnsi="Corbel"/>
          <w:lang w:val="fr-FR"/>
        </w:rPr>
        <w:t>Commentaires / éléments de réponse :</w:t>
      </w:r>
    </w:p>
    <w:p w14:paraId="0721EF5B" w14:textId="357B3277" w:rsidR="00D60106" w:rsidRPr="00BA34D9" w:rsidRDefault="00CF25D9" w:rsidP="00D60106">
      <w:pPr>
        <w:rPr>
          <w:rFonts w:ascii="Corbel" w:hAnsi="Corbel"/>
          <w:lang w:val="fr-FR"/>
        </w:rPr>
      </w:pPr>
      <w:r w:rsidRPr="00BA34D9">
        <w:rPr>
          <w:rFonts w:ascii="Corbel" w:hAnsi="Corbel"/>
          <w:lang w:val="fr-FR"/>
        </w:rPr>
        <w:t>........................................................................................................................................................................................................................................................................................................</w:t>
      </w:r>
    </w:p>
    <w:p w14:paraId="138F58AB" w14:textId="5D59C16F" w:rsidR="002F2A60" w:rsidRPr="00BA34D9" w:rsidRDefault="00000000" w:rsidP="00473937">
      <w:pPr>
        <w:jc w:val="both"/>
        <w:rPr>
          <w:rFonts w:ascii="Corbel" w:hAnsi="Corbel"/>
          <w:lang w:val="fr-FR"/>
        </w:rPr>
      </w:pPr>
      <w:sdt>
        <w:sdtPr>
          <w:rPr>
            <w:rFonts w:ascii="Corbel" w:hAnsi="Corbel"/>
            <w:b/>
            <w:lang w:val="fr-FR"/>
          </w:rPr>
          <w:id w:val="1081345427"/>
          <w14:checkbox>
            <w14:checked w14:val="0"/>
            <w14:checkedState w14:val="2612" w14:font="MS Gothic"/>
            <w14:uncheckedState w14:val="2610" w14:font="MS Gothic"/>
          </w14:checkbox>
        </w:sdtPr>
        <w:sdtContent>
          <w:r w:rsidR="002F2A60" w:rsidRPr="00BA34D9">
            <w:rPr>
              <w:rFonts w:ascii="Segoe UI Symbol" w:eastAsia="MS Gothic" w:hAnsi="Segoe UI Symbol" w:cs="Segoe UI Symbol"/>
              <w:b/>
              <w:lang w:val="fr-FR"/>
            </w:rPr>
            <w:t>☐</w:t>
          </w:r>
        </w:sdtContent>
      </w:sdt>
      <w:r w:rsidR="002F2A60" w:rsidRPr="00BA34D9">
        <w:rPr>
          <w:rFonts w:ascii="Corbel" w:hAnsi="Corbel"/>
          <w:b/>
          <w:lang w:val="fr-FR"/>
        </w:rPr>
        <w:t xml:space="preserve"> 1</w:t>
      </w:r>
      <w:r w:rsidR="00C74285" w:rsidRPr="00BA34D9">
        <w:rPr>
          <w:rFonts w:ascii="Corbel" w:hAnsi="Corbel"/>
          <w:b/>
          <w:lang w:val="fr-FR"/>
        </w:rPr>
        <w:t>3</w:t>
      </w:r>
      <w:r w:rsidR="002F2A60" w:rsidRPr="00BA34D9">
        <w:rPr>
          <w:rFonts w:ascii="Corbel" w:hAnsi="Corbel"/>
          <w:b/>
          <w:lang w:val="fr-FR"/>
        </w:rPr>
        <w:t>. Avez-vous déjà rencontré des difficultés à travailler en équipe ? Si oui, comment avez-vous contribué à résoudre la situation ?</w:t>
      </w:r>
    </w:p>
    <w:p w14:paraId="7D494454" w14:textId="77777777" w:rsidR="002F2A60" w:rsidRPr="00BA34D9" w:rsidRDefault="002F2A60" w:rsidP="002F2A60">
      <w:pPr>
        <w:rPr>
          <w:rFonts w:ascii="Corbel" w:hAnsi="Corbel"/>
          <w:lang w:val="fr-FR"/>
        </w:rPr>
      </w:pPr>
      <w:r w:rsidRPr="00BA34D9">
        <w:rPr>
          <w:rFonts w:ascii="Corbel" w:hAnsi="Corbel"/>
          <w:lang w:val="fr-FR"/>
        </w:rPr>
        <w:t>Commentaires / éléments de réponse :</w:t>
      </w:r>
    </w:p>
    <w:p w14:paraId="701C35E7" w14:textId="3EA32973" w:rsidR="002F2A60" w:rsidRPr="00BA34D9" w:rsidRDefault="00CF25D9" w:rsidP="002F2A60">
      <w:pPr>
        <w:rPr>
          <w:rFonts w:ascii="Corbel" w:hAnsi="Corbel"/>
          <w:lang w:val="fr-FR"/>
        </w:rPr>
      </w:pPr>
      <w:r w:rsidRPr="00BA34D9">
        <w:rPr>
          <w:rFonts w:ascii="Corbel" w:hAnsi="Corbel"/>
          <w:lang w:val="fr-FR"/>
        </w:rPr>
        <w:t>........................................................................................................................................................................................................................................................................................................</w:t>
      </w:r>
    </w:p>
    <w:p w14:paraId="078C0C2A" w14:textId="6517FB8E" w:rsidR="002705AD" w:rsidRPr="00BA34D9" w:rsidRDefault="00000000" w:rsidP="00473937">
      <w:pPr>
        <w:jc w:val="both"/>
        <w:rPr>
          <w:rFonts w:ascii="Corbel" w:hAnsi="Corbel"/>
          <w:lang w:val="fr-FR"/>
        </w:rPr>
      </w:pPr>
      <w:sdt>
        <w:sdtPr>
          <w:rPr>
            <w:rFonts w:ascii="Corbel" w:hAnsi="Corbel"/>
            <w:b/>
            <w:lang w:val="fr-FR"/>
          </w:rPr>
          <w:id w:val="1529834519"/>
          <w14:checkbox>
            <w14:checked w14:val="0"/>
            <w14:checkedState w14:val="2612" w14:font="MS Gothic"/>
            <w14:uncheckedState w14:val="2610" w14:font="MS Gothic"/>
          </w14:checkbox>
        </w:sdtPr>
        <w:sdtContent>
          <w:r w:rsidR="002705AD" w:rsidRPr="00BA34D9">
            <w:rPr>
              <w:rFonts w:ascii="Segoe UI Symbol" w:eastAsia="MS Gothic" w:hAnsi="Segoe UI Symbol" w:cs="Segoe UI Symbol"/>
              <w:b/>
              <w:lang w:val="fr-FR"/>
            </w:rPr>
            <w:t>☐</w:t>
          </w:r>
        </w:sdtContent>
      </w:sdt>
      <w:r w:rsidR="002705AD" w:rsidRPr="00BA34D9">
        <w:rPr>
          <w:rFonts w:ascii="Corbel" w:hAnsi="Corbel"/>
          <w:b/>
          <w:lang w:val="fr-FR"/>
        </w:rPr>
        <w:t xml:space="preserve"> 1</w:t>
      </w:r>
      <w:r w:rsidR="00C74285" w:rsidRPr="00BA34D9">
        <w:rPr>
          <w:rFonts w:ascii="Corbel" w:hAnsi="Corbel"/>
          <w:b/>
          <w:lang w:val="fr-FR"/>
        </w:rPr>
        <w:t>4</w:t>
      </w:r>
      <w:r w:rsidR="002705AD" w:rsidRPr="00BA34D9">
        <w:rPr>
          <w:rFonts w:ascii="Corbel" w:hAnsi="Corbel"/>
          <w:b/>
          <w:lang w:val="fr-FR"/>
        </w:rPr>
        <w:t>. Pouvez-vous décrire une décision ou un choix en matière de sécurité de l’information que vous referiez différemment avec le recul ?</w:t>
      </w:r>
    </w:p>
    <w:p w14:paraId="22BB6959" w14:textId="77777777" w:rsidR="002705AD" w:rsidRPr="00BA34D9" w:rsidRDefault="002705AD" w:rsidP="002705AD">
      <w:pPr>
        <w:rPr>
          <w:rFonts w:ascii="Corbel" w:hAnsi="Corbel"/>
          <w:lang w:val="fr-FR"/>
        </w:rPr>
      </w:pPr>
      <w:r w:rsidRPr="00BA34D9">
        <w:rPr>
          <w:rFonts w:ascii="Corbel" w:hAnsi="Corbel"/>
          <w:lang w:val="fr-FR"/>
        </w:rPr>
        <w:t>Commentaires / éléments de réponse :</w:t>
      </w:r>
    </w:p>
    <w:p w14:paraId="7DEB13D3" w14:textId="26E3AD52" w:rsidR="00C671B7" w:rsidRPr="00BA34D9" w:rsidRDefault="00CF25D9">
      <w:pPr>
        <w:rPr>
          <w:rFonts w:ascii="Corbel" w:hAnsi="Corbel"/>
          <w:lang w:val="fr-FR"/>
        </w:rPr>
      </w:pPr>
      <w:r w:rsidRPr="00BA34D9">
        <w:rPr>
          <w:rFonts w:ascii="Corbel" w:hAnsi="Corbel"/>
          <w:lang w:val="fr-FR"/>
        </w:rPr>
        <w:t>........................................................................................................................................................................................................................................................................................................</w:t>
      </w:r>
    </w:p>
    <w:p w14:paraId="6A4FF05C" w14:textId="0E5C0FDE" w:rsidR="00930934" w:rsidRDefault="00930934" w:rsidP="00221D47">
      <w:pPr>
        <w:pStyle w:val="Heading2"/>
        <w:numPr>
          <w:ilvl w:val="0"/>
          <w:numId w:val="13"/>
        </w:numPr>
        <w:rPr>
          <w:rFonts w:ascii="Corbel" w:hAnsi="Corbel"/>
          <w:lang w:val="fr-FR"/>
        </w:rPr>
      </w:pPr>
      <w:r w:rsidRPr="00BA34D9">
        <w:rPr>
          <w:rFonts w:ascii="Corbel" w:hAnsi="Corbel"/>
          <w:lang w:val="fr-FR"/>
        </w:rPr>
        <w:t>Compétences pour le poste</w:t>
      </w:r>
    </w:p>
    <w:p w14:paraId="3EDF0F55" w14:textId="77777777" w:rsidR="00221D47" w:rsidRPr="00221D47" w:rsidRDefault="00221D47" w:rsidP="00221D47">
      <w:pPr>
        <w:rPr>
          <w:lang w:val="fr-FR"/>
        </w:rPr>
      </w:pPr>
    </w:p>
    <w:p w14:paraId="17C4DFC7" w14:textId="62DF3C7F" w:rsidR="00930934" w:rsidRPr="00BA34D9" w:rsidRDefault="00000000" w:rsidP="00473937">
      <w:pPr>
        <w:jc w:val="both"/>
        <w:rPr>
          <w:rFonts w:ascii="Corbel" w:hAnsi="Corbel"/>
          <w:lang w:val="fr-FR"/>
        </w:rPr>
      </w:pPr>
      <w:sdt>
        <w:sdtPr>
          <w:rPr>
            <w:rFonts w:ascii="Corbel" w:hAnsi="Corbel"/>
            <w:b/>
            <w:lang w:val="fr-FR"/>
          </w:rPr>
          <w:id w:val="-312790652"/>
          <w14:checkbox>
            <w14:checked w14:val="0"/>
            <w14:checkedState w14:val="2612" w14:font="MS Gothic"/>
            <w14:uncheckedState w14:val="2610" w14:font="MS Gothic"/>
          </w14:checkbox>
        </w:sdtPr>
        <w:sdtContent>
          <w:r w:rsidR="00930934" w:rsidRPr="00BA34D9">
            <w:rPr>
              <w:rFonts w:ascii="Segoe UI Symbol" w:eastAsia="MS Gothic" w:hAnsi="Segoe UI Symbol" w:cs="Segoe UI Symbol"/>
              <w:b/>
              <w:lang w:val="fr-FR"/>
            </w:rPr>
            <w:t>☐</w:t>
          </w:r>
        </w:sdtContent>
      </w:sdt>
      <w:r w:rsidR="00930934" w:rsidRPr="00BA34D9">
        <w:rPr>
          <w:rFonts w:ascii="Corbel" w:hAnsi="Corbel"/>
          <w:b/>
          <w:lang w:val="fr-FR"/>
        </w:rPr>
        <w:t xml:space="preserve"> 1</w:t>
      </w:r>
      <w:r w:rsidR="00C74285" w:rsidRPr="00BA34D9">
        <w:rPr>
          <w:rFonts w:ascii="Corbel" w:hAnsi="Corbel"/>
          <w:b/>
          <w:lang w:val="fr-FR"/>
        </w:rPr>
        <w:t>5</w:t>
      </w:r>
      <w:r w:rsidR="00930934" w:rsidRPr="00BA34D9">
        <w:rPr>
          <w:rFonts w:ascii="Corbel" w:hAnsi="Corbel"/>
          <w:b/>
          <w:lang w:val="fr-FR"/>
        </w:rPr>
        <w:t xml:space="preserve">. </w:t>
      </w:r>
      <w:r w:rsidR="00510AA5" w:rsidRPr="00BA34D9">
        <w:rPr>
          <w:rFonts w:ascii="Corbel" w:hAnsi="Corbel"/>
          <w:b/>
          <w:lang w:val="fr-FR"/>
        </w:rPr>
        <w:t>Quelles langues utilisez-vous couramment dans votre travail (oral et écrit)</w:t>
      </w:r>
      <w:r w:rsidR="00930934" w:rsidRPr="00BA34D9">
        <w:rPr>
          <w:rFonts w:ascii="Corbel" w:hAnsi="Corbel"/>
          <w:b/>
          <w:lang w:val="fr-FR"/>
        </w:rPr>
        <w:t xml:space="preserve"> ?</w:t>
      </w:r>
    </w:p>
    <w:p w14:paraId="76C98D69" w14:textId="77777777" w:rsidR="00930934" w:rsidRPr="00BA34D9" w:rsidRDefault="00930934" w:rsidP="00930934">
      <w:pPr>
        <w:rPr>
          <w:rFonts w:ascii="Corbel" w:hAnsi="Corbel"/>
          <w:lang w:val="fr-FR"/>
        </w:rPr>
      </w:pPr>
      <w:r w:rsidRPr="00BA34D9">
        <w:rPr>
          <w:rFonts w:ascii="Corbel" w:hAnsi="Corbel"/>
          <w:lang w:val="fr-FR"/>
        </w:rPr>
        <w:t>Commentaires / éléments de réponse :</w:t>
      </w:r>
    </w:p>
    <w:p w14:paraId="7D1305C4" w14:textId="6039A691" w:rsidR="00930934" w:rsidRPr="00BA34D9" w:rsidRDefault="00CF25D9" w:rsidP="00930934">
      <w:pPr>
        <w:rPr>
          <w:rFonts w:ascii="Corbel" w:hAnsi="Corbel"/>
          <w:lang w:val="fr-FR"/>
        </w:rPr>
      </w:pPr>
      <w:r w:rsidRPr="00BA34D9">
        <w:rPr>
          <w:rFonts w:ascii="Corbel" w:hAnsi="Corbel"/>
          <w:lang w:val="fr-FR"/>
        </w:rPr>
        <w:t>........................................................................................................................................................................................................................................................................................................</w:t>
      </w:r>
    </w:p>
    <w:p w14:paraId="22E24775" w14:textId="6A11CFB3" w:rsidR="00292AC8" w:rsidRPr="00BA34D9" w:rsidRDefault="00000000" w:rsidP="00473937">
      <w:pPr>
        <w:jc w:val="both"/>
        <w:rPr>
          <w:rFonts w:ascii="Corbel" w:hAnsi="Corbel"/>
          <w:lang w:val="fr-FR"/>
        </w:rPr>
      </w:pPr>
      <w:sdt>
        <w:sdtPr>
          <w:rPr>
            <w:rFonts w:ascii="Corbel" w:hAnsi="Corbel"/>
            <w:b/>
            <w:lang w:val="fr-FR"/>
          </w:rPr>
          <w:id w:val="-1259677994"/>
          <w14:checkbox>
            <w14:checked w14:val="0"/>
            <w14:checkedState w14:val="2612" w14:font="MS Gothic"/>
            <w14:uncheckedState w14:val="2610" w14:font="MS Gothic"/>
          </w14:checkbox>
        </w:sdtPr>
        <w:sdtContent>
          <w:r w:rsidR="00292AC8" w:rsidRPr="00BA34D9">
            <w:rPr>
              <w:rFonts w:ascii="Segoe UI Symbol" w:eastAsia="MS Gothic" w:hAnsi="Segoe UI Symbol" w:cs="Segoe UI Symbol"/>
              <w:b/>
              <w:lang w:val="fr-FR"/>
            </w:rPr>
            <w:t>☐</w:t>
          </w:r>
        </w:sdtContent>
      </w:sdt>
      <w:r w:rsidR="00292AC8" w:rsidRPr="00BA34D9">
        <w:rPr>
          <w:rFonts w:ascii="Corbel" w:hAnsi="Corbel"/>
          <w:b/>
          <w:lang w:val="fr-FR"/>
        </w:rPr>
        <w:t xml:space="preserve"> 1</w:t>
      </w:r>
      <w:r w:rsidR="00C74285" w:rsidRPr="00BA34D9">
        <w:rPr>
          <w:rFonts w:ascii="Corbel" w:hAnsi="Corbel"/>
          <w:b/>
          <w:lang w:val="fr-FR"/>
        </w:rPr>
        <w:t>6</w:t>
      </w:r>
      <w:r w:rsidR="00292AC8" w:rsidRPr="00BA34D9">
        <w:rPr>
          <w:rFonts w:ascii="Corbel" w:hAnsi="Corbel"/>
          <w:b/>
          <w:lang w:val="fr-FR"/>
        </w:rPr>
        <w:t>. Qu’est-ce qui vous a amené vers le domaine de la sécurité de l’information et qu’est-ce qui vous y retiens</w:t>
      </w:r>
      <w:r w:rsidR="00FE245C" w:rsidRPr="00BA34D9">
        <w:rPr>
          <w:rFonts w:ascii="Corbel" w:hAnsi="Corbel"/>
          <w:b/>
          <w:lang w:val="fr-FR"/>
        </w:rPr>
        <w:t> ?</w:t>
      </w:r>
    </w:p>
    <w:p w14:paraId="5DDC29BF" w14:textId="77777777" w:rsidR="00292AC8" w:rsidRPr="00BA34D9" w:rsidRDefault="00292AC8" w:rsidP="00292AC8">
      <w:pPr>
        <w:rPr>
          <w:rFonts w:ascii="Corbel" w:hAnsi="Corbel"/>
          <w:lang w:val="fr-FR"/>
        </w:rPr>
      </w:pPr>
      <w:r w:rsidRPr="00BA34D9">
        <w:rPr>
          <w:rFonts w:ascii="Corbel" w:hAnsi="Corbel"/>
          <w:lang w:val="fr-FR"/>
        </w:rPr>
        <w:t>Commentaires / éléments de réponse :</w:t>
      </w:r>
    </w:p>
    <w:p w14:paraId="74A24436" w14:textId="0F4E9591" w:rsidR="00292AC8" w:rsidRPr="00BA34D9" w:rsidRDefault="00CF25D9" w:rsidP="00292AC8">
      <w:pPr>
        <w:rPr>
          <w:rFonts w:ascii="Corbel" w:hAnsi="Corbel"/>
          <w:lang w:val="fr-FR"/>
        </w:rPr>
      </w:pPr>
      <w:r w:rsidRPr="00BA34D9">
        <w:rPr>
          <w:rFonts w:ascii="Corbel" w:hAnsi="Corbel"/>
          <w:lang w:val="fr-FR"/>
        </w:rPr>
        <w:t>........................................................................................................................................................................................................................................................................................................</w:t>
      </w:r>
    </w:p>
    <w:p w14:paraId="6FB6BD3C" w14:textId="3E8E8F8C" w:rsidR="00FE245C" w:rsidRPr="00BA34D9" w:rsidRDefault="00000000" w:rsidP="00473937">
      <w:pPr>
        <w:jc w:val="both"/>
        <w:rPr>
          <w:rFonts w:ascii="Corbel" w:hAnsi="Corbel"/>
          <w:lang w:val="fr-FR"/>
        </w:rPr>
      </w:pPr>
      <w:sdt>
        <w:sdtPr>
          <w:rPr>
            <w:rFonts w:ascii="Corbel" w:hAnsi="Corbel"/>
            <w:b/>
            <w:lang w:val="fr-FR"/>
          </w:rPr>
          <w:id w:val="-816646369"/>
          <w14:checkbox>
            <w14:checked w14:val="0"/>
            <w14:checkedState w14:val="2612" w14:font="MS Gothic"/>
            <w14:uncheckedState w14:val="2610" w14:font="MS Gothic"/>
          </w14:checkbox>
        </w:sdtPr>
        <w:sdtContent>
          <w:r w:rsidR="00FE245C" w:rsidRPr="00BA34D9">
            <w:rPr>
              <w:rFonts w:ascii="Segoe UI Symbol" w:eastAsia="MS Gothic" w:hAnsi="Segoe UI Symbol" w:cs="Segoe UI Symbol"/>
              <w:b/>
              <w:lang w:val="fr-FR"/>
            </w:rPr>
            <w:t>☐</w:t>
          </w:r>
        </w:sdtContent>
      </w:sdt>
      <w:r w:rsidR="00FE245C" w:rsidRPr="00BA34D9">
        <w:rPr>
          <w:rFonts w:ascii="Corbel" w:hAnsi="Corbel"/>
          <w:b/>
          <w:lang w:val="fr-FR"/>
        </w:rPr>
        <w:t xml:space="preserve"> 1</w:t>
      </w:r>
      <w:r w:rsidR="00C74285" w:rsidRPr="00BA34D9">
        <w:rPr>
          <w:rFonts w:ascii="Corbel" w:hAnsi="Corbel"/>
          <w:b/>
          <w:lang w:val="fr-FR"/>
        </w:rPr>
        <w:t>7</w:t>
      </w:r>
      <w:r w:rsidR="00FE245C" w:rsidRPr="00BA34D9">
        <w:rPr>
          <w:rFonts w:ascii="Corbel" w:hAnsi="Corbel"/>
          <w:b/>
          <w:lang w:val="fr-FR"/>
        </w:rPr>
        <w:t xml:space="preserve">. </w:t>
      </w:r>
      <w:r w:rsidR="00E35D5C" w:rsidRPr="00BA34D9">
        <w:rPr>
          <w:rFonts w:ascii="Corbel" w:hAnsi="Corbel"/>
          <w:b/>
          <w:lang w:val="fr-FR"/>
        </w:rPr>
        <w:t>Avec quels référentiels et normes travaillez-vous actuellement ? Par exemple : ISO 27001, ISO 27002, ISO 27005, ISO 22301, CIS Controls, NIST, ou tout autre cadre que vous appliquez au quotidien</w:t>
      </w:r>
      <w:r w:rsidR="00DB6E43" w:rsidRPr="00BA34D9">
        <w:rPr>
          <w:rFonts w:ascii="Corbel" w:hAnsi="Corbel"/>
          <w:b/>
          <w:lang w:val="fr-FR"/>
        </w:rPr>
        <w:t>.</w:t>
      </w:r>
    </w:p>
    <w:p w14:paraId="5086911F" w14:textId="77777777" w:rsidR="00FE245C" w:rsidRPr="00BA34D9" w:rsidRDefault="00FE245C" w:rsidP="00FE245C">
      <w:pPr>
        <w:rPr>
          <w:rFonts w:ascii="Corbel" w:hAnsi="Corbel"/>
          <w:lang w:val="fr-FR"/>
        </w:rPr>
      </w:pPr>
      <w:r w:rsidRPr="00BA34D9">
        <w:rPr>
          <w:rFonts w:ascii="Corbel" w:hAnsi="Corbel"/>
          <w:lang w:val="fr-FR"/>
        </w:rPr>
        <w:t>Commentaires / éléments de réponse :</w:t>
      </w:r>
    </w:p>
    <w:p w14:paraId="584553D7" w14:textId="4A0F1523" w:rsidR="00930934" w:rsidRPr="00BA34D9" w:rsidRDefault="00CF25D9">
      <w:pPr>
        <w:rPr>
          <w:rFonts w:ascii="Corbel" w:hAnsi="Corbel"/>
          <w:lang w:val="fr-FR"/>
        </w:rPr>
      </w:pPr>
      <w:r w:rsidRPr="00BA34D9">
        <w:rPr>
          <w:rFonts w:ascii="Corbel" w:hAnsi="Corbel"/>
          <w:lang w:val="fr-FR"/>
        </w:rPr>
        <w:t>........................................................................................................................................................................................................................................................................................................</w:t>
      </w:r>
    </w:p>
    <w:p w14:paraId="00FB7D72" w14:textId="0C173C6F" w:rsidR="00A76139" w:rsidRPr="00BA34D9" w:rsidRDefault="00000000" w:rsidP="00473937">
      <w:pPr>
        <w:jc w:val="both"/>
        <w:rPr>
          <w:rFonts w:ascii="Corbel" w:hAnsi="Corbel"/>
          <w:lang w:val="fr-FR"/>
        </w:rPr>
      </w:pPr>
      <w:sdt>
        <w:sdtPr>
          <w:rPr>
            <w:rFonts w:ascii="Corbel" w:hAnsi="Corbel"/>
            <w:b/>
            <w:lang w:val="fr-FR"/>
          </w:rPr>
          <w:id w:val="384382117"/>
          <w14:checkbox>
            <w14:checked w14:val="0"/>
            <w14:checkedState w14:val="2612" w14:font="MS Gothic"/>
            <w14:uncheckedState w14:val="2610" w14:font="MS Gothic"/>
          </w14:checkbox>
        </w:sdtPr>
        <w:sdtContent>
          <w:r w:rsidR="00A76139" w:rsidRPr="00BA34D9">
            <w:rPr>
              <w:rFonts w:ascii="Segoe UI Symbol" w:eastAsia="MS Gothic" w:hAnsi="Segoe UI Symbol" w:cs="Segoe UI Symbol"/>
              <w:b/>
              <w:lang w:val="fr-FR"/>
            </w:rPr>
            <w:t>☐</w:t>
          </w:r>
        </w:sdtContent>
      </w:sdt>
      <w:r w:rsidR="00A76139" w:rsidRPr="00BA34D9">
        <w:rPr>
          <w:rFonts w:ascii="Corbel" w:hAnsi="Corbel"/>
          <w:b/>
          <w:lang w:val="fr-FR"/>
        </w:rPr>
        <w:t xml:space="preserve"> 1</w:t>
      </w:r>
      <w:r w:rsidR="00C74285" w:rsidRPr="00BA34D9">
        <w:rPr>
          <w:rFonts w:ascii="Corbel" w:hAnsi="Corbel"/>
          <w:b/>
          <w:lang w:val="fr-FR"/>
        </w:rPr>
        <w:t>8</w:t>
      </w:r>
      <w:r w:rsidR="00A76139" w:rsidRPr="00BA34D9">
        <w:rPr>
          <w:rFonts w:ascii="Corbel" w:hAnsi="Corbel"/>
          <w:b/>
          <w:lang w:val="fr-FR"/>
        </w:rPr>
        <w:t>. Disposez-vous aujourd’hui de certification(s) ou formations(s) en sécurité (ex : ISO27001 LI, CISSP, ISO27005 LI, etc.) ?</w:t>
      </w:r>
    </w:p>
    <w:p w14:paraId="4B083ACE" w14:textId="77777777" w:rsidR="00A76139" w:rsidRPr="00BA34D9" w:rsidRDefault="00A76139" w:rsidP="00A76139">
      <w:pPr>
        <w:rPr>
          <w:rFonts w:ascii="Corbel" w:hAnsi="Corbel"/>
          <w:lang w:val="fr-FR"/>
        </w:rPr>
      </w:pPr>
      <w:r w:rsidRPr="00BA34D9">
        <w:rPr>
          <w:rFonts w:ascii="Corbel" w:hAnsi="Corbel"/>
          <w:lang w:val="fr-FR"/>
        </w:rPr>
        <w:t>Commentaires / éléments de réponse :</w:t>
      </w:r>
    </w:p>
    <w:p w14:paraId="3BF05158" w14:textId="13ABAD9D" w:rsidR="00A76139" w:rsidRPr="00BA34D9" w:rsidRDefault="00CF25D9" w:rsidP="00A76139">
      <w:pPr>
        <w:rPr>
          <w:rFonts w:ascii="Corbel" w:hAnsi="Corbel"/>
          <w:lang w:val="fr-FR"/>
        </w:rPr>
      </w:pPr>
      <w:r w:rsidRPr="00BA34D9">
        <w:rPr>
          <w:rFonts w:ascii="Corbel" w:hAnsi="Corbel"/>
          <w:lang w:val="fr-FR"/>
        </w:rPr>
        <w:t>........................................................................................................................................................................................................................................................................................................</w:t>
      </w:r>
    </w:p>
    <w:p w14:paraId="0CAAC435" w14:textId="74EF92C4" w:rsidR="0056232A" w:rsidRPr="00BA34D9" w:rsidRDefault="00000000" w:rsidP="000331C4">
      <w:pPr>
        <w:jc w:val="both"/>
        <w:rPr>
          <w:rFonts w:ascii="Corbel" w:hAnsi="Corbel"/>
          <w:lang w:val="fr-FR"/>
        </w:rPr>
      </w:pPr>
      <w:sdt>
        <w:sdtPr>
          <w:rPr>
            <w:rFonts w:ascii="Corbel" w:hAnsi="Corbel"/>
            <w:b/>
            <w:lang w:val="fr-FR"/>
          </w:rPr>
          <w:id w:val="-1183433435"/>
          <w14:checkbox>
            <w14:checked w14:val="0"/>
            <w14:checkedState w14:val="2612" w14:font="MS Gothic"/>
            <w14:uncheckedState w14:val="2610" w14:font="MS Gothic"/>
          </w14:checkbox>
        </w:sdtPr>
        <w:sdtContent>
          <w:r w:rsidR="0056232A" w:rsidRPr="00BA34D9">
            <w:rPr>
              <w:rFonts w:ascii="Segoe UI Symbol" w:eastAsia="MS Gothic" w:hAnsi="Segoe UI Symbol" w:cs="Segoe UI Symbol"/>
              <w:b/>
              <w:lang w:val="fr-FR"/>
            </w:rPr>
            <w:t>☐</w:t>
          </w:r>
        </w:sdtContent>
      </w:sdt>
      <w:r w:rsidR="0056232A" w:rsidRPr="00BA34D9">
        <w:rPr>
          <w:rFonts w:ascii="Corbel" w:hAnsi="Corbel"/>
          <w:b/>
          <w:lang w:val="fr-FR"/>
        </w:rPr>
        <w:t xml:space="preserve"> 1</w:t>
      </w:r>
      <w:r w:rsidR="007D1A05" w:rsidRPr="00BA34D9">
        <w:rPr>
          <w:rFonts w:ascii="Corbel" w:hAnsi="Corbel"/>
          <w:b/>
          <w:lang w:val="fr-FR"/>
        </w:rPr>
        <w:t>9</w:t>
      </w:r>
      <w:r w:rsidR="0056232A" w:rsidRPr="00BA34D9">
        <w:rPr>
          <w:rFonts w:ascii="Corbel" w:hAnsi="Corbel"/>
          <w:b/>
          <w:lang w:val="fr-FR"/>
        </w:rPr>
        <w:t>. Comment maintenez-vous vos compétences à jour (veille, formations, conférences, communautés professionnelles, autoformation) dans un domaine qui évolue vite comme la cybersécurité et la réglementation européenne ?</w:t>
      </w:r>
    </w:p>
    <w:p w14:paraId="0E35CACC" w14:textId="77777777" w:rsidR="0056232A" w:rsidRPr="00BA34D9" w:rsidRDefault="0056232A" w:rsidP="0056232A">
      <w:pPr>
        <w:rPr>
          <w:rFonts w:ascii="Corbel" w:hAnsi="Corbel"/>
          <w:lang w:val="fr-FR"/>
        </w:rPr>
      </w:pPr>
      <w:r w:rsidRPr="00BA34D9">
        <w:rPr>
          <w:rFonts w:ascii="Corbel" w:hAnsi="Corbel"/>
          <w:lang w:val="fr-FR"/>
        </w:rPr>
        <w:t>Commentaires / éléments de réponse :</w:t>
      </w:r>
    </w:p>
    <w:p w14:paraId="30142408" w14:textId="3327C3B8" w:rsidR="00C671B7" w:rsidRPr="00BA34D9" w:rsidRDefault="00301070">
      <w:pPr>
        <w:rPr>
          <w:rFonts w:ascii="Corbel" w:hAnsi="Corbel"/>
          <w:lang w:val="fr-FR"/>
        </w:rPr>
      </w:pPr>
      <w:r w:rsidRPr="00BA34D9">
        <w:rPr>
          <w:rFonts w:ascii="Corbel" w:hAnsi="Corbel"/>
          <w:lang w:val="fr-FR"/>
        </w:rPr>
        <w:t>........................................................................................................................................................................................................................................................................................................</w:t>
      </w:r>
    </w:p>
    <w:p w14:paraId="07DA7401" w14:textId="28F401EB" w:rsidR="00AB1031" w:rsidRDefault="00013607" w:rsidP="00221D47">
      <w:pPr>
        <w:pStyle w:val="Heading2"/>
        <w:numPr>
          <w:ilvl w:val="0"/>
          <w:numId w:val="13"/>
        </w:numPr>
        <w:rPr>
          <w:rFonts w:ascii="Corbel" w:hAnsi="Corbel"/>
          <w:lang w:val="fr-FR"/>
        </w:rPr>
      </w:pPr>
      <w:r w:rsidRPr="00BA34D9">
        <w:rPr>
          <w:rFonts w:ascii="Corbel" w:hAnsi="Corbel"/>
          <w:lang w:val="fr-FR"/>
        </w:rPr>
        <w:t>Gouvernance, stratégie et SMSI</w:t>
      </w:r>
    </w:p>
    <w:p w14:paraId="6775B029" w14:textId="77777777" w:rsidR="00221D47" w:rsidRPr="00221D47" w:rsidRDefault="00221D47" w:rsidP="00221D47">
      <w:pPr>
        <w:rPr>
          <w:lang w:val="fr-FR"/>
        </w:rPr>
      </w:pPr>
    </w:p>
    <w:p w14:paraId="62A0EFC0" w14:textId="620F9F00" w:rsidR="00AB1031" w:rsidRPr="00BA34D9" w:rsidRDefault="00000000" w:rsidP="000331C4">
      <w:pPr>
        <w:jc w:val="both"/>
        <w:rPr>
          <w:rFonts w:ascii="Corbel" w:hAnsi="Corbel"/>
          <w:lang w:val="fr-FR"/>
        </w:rPr>
      </w:pPr>
      <w:sdt>
        <w:sdtPr>
          <w:rPr>
            <w:rFonts w:ascii="Corbel" w:hAnsi="Corbel"/>
            <w:b/>
            <w:lang w:val="fr-FR"/>
          </w:rPr>
          <w:id w:val="1427542809"/>
          <w14:checkbox>
            <w14:checked w14:val="0"/>
            <w14:checkedState w14:val="2612" w14:font="MS Gothic"/>
            <w14:uncheckedState w14:val="2610" w14:font="MS Gothic"/>
          </w14:checkbox>
        </w:sdtPr>
        <w:sdtContent>
          <w:r w:rsidR="003C45F3" w:rsidRPr="00BA34D9">
            <w:rPr>
              <w:rFonts w:ascii="Segoe UI Symbol" w:eastAsia="MS Gothic" w:hAnsi="Segoe UI Symbol" w:cs="Segoe UI Symbol"/>
              <w:b/>
              <w:lang w:val="fr-FR"/>
            </w:rPr>
            <w:t>☐</w:t>
          </w:r>
        </w:sdtContent>
      </w:sdt>
      <w:r w:rsidR="00013607" w:rsidRPr="00BA34D9">
        <w:rPr>
          <w:rFonts w:ascii="Corbel" w:hAnsi="Corbel"/>
          <w:b/>
          <w:lang w:val="fr-FR"/>
        </w:rPr>
        <w:t xml:space="preserve"> </w:t>
      </w:r>
      <w:r w:rsidR="008F02E0" w:rsidRPr="00BA34D9">
        <w:rPr>
          <w:rFonts w:ascii="Corbel" w:hAnsi="Corbel"/>
          <w:b/>
          <w:lang w:val="fr-FR"/>
        </w:rPr>
        <w:t>20</w:t>
      </w:r>
      <w:r w:rsidR="00013607" w:rsidRPr="00BA34D9">
        <w:rPr>
          <w:rFonts w:ascii="Corbel" w:hAnsi="Corbel"/>
          <w:b/>
          <w:lang w:val="fr-FR"/>
        </w:rPr>
        <w:t xml:space="preserve">. Avez-vous déjà mis en place ou maintenu un Système de Management de la Sécurité de l’Information (SMSI) basé sur l’ISO 27001 ? </w:t>
      </w:r>
      <w:r w:rsidR="00363904" w:rsidRPr="00BA34D9">
        <w:rPr>
          <w:rFonts w:ascii="Corbel" w:hAnsi="Corbel"/>
          <w:b/>
          <w:lang w:val="fr-FR"/>
        </w:rPr>
        <w:t>Si oui, q</w:t>
      </w:r>
      <w:r w:rsidR="00013607" w:rsidRPr="00BA34D9">
        <w:rPr>
          <w:rFonts w:ascii="Corbel" w:hAnsi="Corbel"/>
          <w:b/>
          <w:lang w:val="fr-FR"/>
        </w:rPr>
        <w:t xml:space="preserve">uels ont été les principaux défis </w:t>
      </w:r>
      <w:r w:rsidR="00EF2A68" w:rsidRPr="00BA34D9">
        <w:rPr>
          <w:rFonts w:ascii="Corbel" w:hAnsi="Corbel"/>
          <w:b/>
          <w:lang w:val="fr-FR"/>
        </w:rPr>
        <w:t xml:space="preserve">confrontés </w:t>
      </w:r>
      <w:r w:rsidR="00013607" w:rsidRPr="00BA34D9">
        <w:rPr>
          <w:rFonts w:ascii="Corbel" w:hAnsi="Corbel"/>
          <w:b/>
          <w:lang w:val="fr-FR"/>
        </w:rPr>
        <w:t>?</w:t>
      </w:r>
    </w:p>
    <w:p w14:paraId="531A8B17" w14:textId="77777777" w:rsidR="00AB1031" w:rsidRPr="00BA34D9" w:rsidRDefault="00013607">
      <w:pPr>
        <w:rPr>
          <w:rFonts w:ascii="Corbel" w:hAnsi="Corbel"/>
          <w:lang w:val="fr-FR"/>
        </w:rPr>
      </w:pPr>
      <w:r w:rsidRPr="00BA34D9">
        <w:rPr>
          <w:rFonts w:ascii="Corbel" w:hAnsi="Corbel"/>
          <w:lang w:val="fr-FR"/>
        </w:rPr>
        <w:t>Commentaires / éléments de réponse :</w:t>
      </w:r>
    </w:p>
    <w:p w14:paraId="1F2B4D75" w14:textId="51AF2E71" w:rsidR="00FB55E9" w:rsidRPr="00BA34D9" w:rsidRDefault="00301070" w:rsidP="00301070">
      <w:pPr>
        <w:rPr>
          <w:rFonts w:ascii="Corbel" w:hAnsi="Corbel"/>
          <w:lang w:val="fr-FR"/>
        </w:rPr>
      </w:pPr>
      <w:r w:rsidRPr="00BA34D9">
        <w:rPr>
          <w:rFonts w:ascii="Corbel" w:hAnsi="Corbel"/>
          <w:lang w:val="fr-FR"/>
        </w:rPr>
        <w:t>........................................................................................................................................................................................................................................................................................................</w:t>
      </w:r>
    </w:p>
    <w:p w14:paraId="1389D435" w14:textId="034DE1D6" w:rsidR="00DF55AA" w:rsidRPr="00BA34D9" w:rsidRDefault="00000000" w:rsidP="000331C4">
      <w:pPr>
        <w:jc w:val="both"/>
        <w:rPr>
          <w:rFonts w:ascii="Corbel" w:hAnsi="Corbel"/>
          <w:lang w:val="fr-FR"/>
        </w:rPr>
      </w:pPr>
      <w:sdt>
        <w:sdtPr>
          <w:rPr>
            <w:rFonts w:ascii="Corbel" w:hAnsi="Corbel"/>
            <w:b/>
            <w:lang w:val="fr-FR"/>
          </w:rPr>
          <w:id w:val="-1641641735"/>
          <w14:checkbox>
            <w14:checked w14:val="0"/>
            <w14:checkedState w14:val="2612" w14:font="MS Gothic"/>
            <w14:uncheckedState w14:val="2610" w14:font="MS Gothic"/>
          </w14:checkbox>
        </w:sdtPr>
        <w:sdtContent>
          <w:r w:rsidR="00DF55AA" w:rsidRPr="00BA34D9">
            <w:rPr>
              <w:rFonts w:ascii="Segoe UI Symbol" w:eastAsia="MS Gothic" w:hAnsi="Segoe UI Symbol" w:cs="Segoe UI Symbol"/>
              <w:b/>
              <w:lang w:val="fr-FR"/>
            </w:rPr>
            <w:t>☐</w:t>
          </w:r>
        </w:sdtContent>
      </w:sdt>
      <w:r w:rsidR="00DF55AA" w:rsidRPr="00BA34D9">
        <w:rPr>
          <w:rFonts w:ascii="Corbel" w:hAnsi="Corbel"/>
          <w:b/>
          <w:lang w:val="fr-FR"/>
        </w:rPr>
        <w:t xml:space="preserve"> </w:t>
      </w:r>
      <w:r w:rsidR="008F02E0" w:rsidRPr="00BA34D9">
        <w:rPr>
          <w:rFonts w:ascii="Corbel" w:hAnsi="Corbel"/>
          <w:b/>
          <w:lang w:val="fr-FR"/>
        </w:rPr>
        <w:t>21</w:t>
      </w:r>
      <w:r w:rsidR="00DF55AA" w:rsidRPr="00BA34D9">
        <w:rPr>
          <w:rFonts w:ascii="Corbel" w:hAnsi="Corbel"/>
          <w:b/>
          <w:lang w:val="fr-FR"/>
        </w:rPr>
        <w:t>. Quelle est votre compréhension de la directive NIS 2 ?</w:t>
      </w:r>
      <w:r w:rsidR="00C206DF" w:rsidRPr="00BA34D9">
        <w:rPr>
          <w:rFonts w:ascii="Corbel" w:hAnsi="Corbel"/>
          <w:b/>
          <w:lang w:val="fr-FR"/>
        </w:rPr>
        <w:t xml:space="preserve"> Quelle est votre compréhension des impacts de NIS2 sur la gouvernance de la sécurité (rôle et responsabilité de la Direction, gestion des risques, </w:t>
      </w:r>
      <w:proofErr w:type="spellStart"/>
      <w:r w:rsidR="00C206DF" w:rsidRPr="00BA34D9">
        <w:rPr>
          <w:rFonts w:ascii="Corbel" w:hAnsi="Corbel"/>
          <w:b/>
          <w:lang w:val="fr-FR"/>
        </w:rPr>
        <w:t>reporting</w:t>
      </w:r>
      <w:proofErr w:type="spellEnd"/>
      <w:r w:rsidR="00C206DF" w:rsidRPr="00BA34D9">
        <w:rPr>
          <w:rFonts w:ascii="Corbel" w:hAnsi="Corbel"/>
          <w:b/>
          <w:lang w:val="fr-FR"/>
        </w:rPr>
        <w:t>, gestion d’incidents) pour une entité publique concernée au Luxembourg ?</w:t>
      </w:r>
    </w:p>
    <w:p w14:paraId="299EB1F3" w14:textId="77777777" w:rsidR="00DF55AA" w:rsidRPr="00BA34D9" w:rsidRDefault="00DF55AA" w:rsidP="00DF55AA">
      <w:pPr>
        <w:rPr>
          <w:rFonts w:ascii="Corbel" w:hAnsi="Corbel"/>
          <w:lang w:val="fr-FR"/>
        </w:rPr>
      </w:pPr>
      <w:r w:rsidRPr="00BA34D9">
        <w:rPr>
          <w:rFonts w:ascii="Corbel" w:hAnsi="Corbel"/>
          <w:lang w:val="fr-FR"/>
        </w:rPr>
        <w:t>Commentaires / éléments de réponse :</w:t>
      </w:r>
    </w:p>
    <w:p w14:paraId="2CDFAEB1" w14:textId="6088A305" w:rsidR="00FB55E9" w:rsidRPr="00BA34D9" w:rsidRDefault="00301070">
      <w:pPr>
        <w:rPr>
          <w:rFonts w:ascii="Corbel" w:hAnsi="Corbel"/>
          <w:lang w:val="fr-FR"/>
        </w:rPr>
      </w:pPr>
      <w:r w:rsidRPr="00BA34D9">
        <w:rPr>
          <w:rFonts w:ascii="Corbel" w:hAnsi="Corbel"/>
          <w:lang w:val="fr-FR"/>
        </w:rPr>
        <w:t>........................................................................................................................................................................................................................................................................................................</w:t>
      </w:r>
    </w:p>
    <w:p w14:paraId="0E33FED8" w14:textId="59D4CE36" w:rsidR="00AB1031" w:rsidRDefault="00013607" w:rsidP="001C149A">
      <w:pPr>
        <w:pStyle w:val="Heading2"/>
        <w:numPr>
          <w:ilvl w:val="0"/>
          <w:numId w:val="13"/>
        </w:numPr>
        <w:rPr>
          <w:rFonts w:ascii="Corbel" w:hAnsi="Corbel"/>
          <w:lang w:val="fr-FR"/>
        </w:rPr>
      </w:pPr>
      <w:r w:rsidRPr="00BA34D9">
        <w:rPr>
          <w:rFonts w:ascii="Corbel" w:hAnsi="Corbel"/>
          <w:lang w:val="fr-FR"/>
        </w:rPr>
        <w:t>Politique de sécurité</w:t>
      </w:r>
    </w:p>
    <w:p w14:paraId="7E6A94A1" w14:textId="77777777" w:rsidR="001C149A" w:rsidRPr="001C149A" w:rsidRDefault="001C149A" w:rsidP="001C149A">
      <w:pPr>
        <w:rPr>
          <w:lang w:val="fr-FR"/>
        </w:rPr>
      </w:pPr>
    </w:p>
    <w:p w14:paraId="7BC46A60" w14:textId="05498C8B" w:rsidR="00AB1031" w:rsidRPr="00BA34D9" w:rsidRDefault="00000000" w:rsidP="000331C4">
      <w:pPr>
        <w:jc w:val="both"/>
        <w:rPr>
          <w:rFonts w:ascii="Corbel" w:hAnsi="Corbel"/>
          <w:lang w:val="fr-FR"/>
        </w:rPr>
      </w:pPr>
      <w:sdt>
        <w:sdtPr>
          <w:rPr>
            <w:rFonts w:ascii="Corbel" w:hAnsi="Corbel"/>
            <w:b/>
            <w:lang w:val="fr-FR"/>
          </w:rPr>
          <w:id w:val="-1846928025"/>
          <w14:checkbox>
            <w14:checked w14:val="0"/>
            <w14:checkedState w14:val="2612" w14:font="MS Gothic"/>
            <w14:uncheckedState w14:val="2610" w14:font="MS Gothic"/>
          </w14:checkbox>
        </w:sdtPr>
        <w:sdtContent>
          <w:r w:rsidR="003C45F3" w:rsidRPr="00BA34D9">
            <w:rPr>
              <w:rFonts w:ascii="Segoe UI Symbol" w:eastAsia="MS Gothic" w:hAnsi="Segoe UI Symbol" w:cs="Segoe UI Symbol"/>
              <w:b/>
              <w:lang w:val="fr-FR"/>
            </w:rPr>
            <w:t>☐</w:t>
          </w:r>
        </w:sdtContent>
      </w:sdt>
      <w:r w:rsidR="00013607" w:rsidRPr="00BA34D9">
        <w:rPr>
          <w:rFonts w:ascii="Corbel" w:hAnsi="Corbel"/>
          <w:b/>
          <w:lang w:val="fr-FR"/>
        </w:rPr>
        <w:t xml:space="preserve"> </w:t>
      </w:r>
      <w:r w:rsidR="008F02E0" w:rsidRPr="00BA34D9">
        <w:rPr>
          <w:rFonts w:ascii="Corbel" w:hAnsi="Corbel"/>
          <w:b/>
          <w:lang w:val="fr-FR"/>
        </w:rPr>
        <w:t>22</w:t>
      </w:r>
      <w:r w:rsidR="00013607" w:rsidRPr="00BA34D9">
        <w:rPr>
          <w:rFonts w:ascii="Corbel" w:hAnsi="Corbel"/>
          <w:b/>
          <w:lang w:val="fr-FR"/>
        </w:rPr>
        <w:t xml:space="preserve">. Pouvez-vous donner un exemple concret de politique ou de </w:t>
      </w:r>
      <w:r w:rsidR="00DF55AA" w:rsidRPr="00BA34D9">
        <w:rPr>
          <w:rFonts w:ascii="Corbel" w:hAnsi="Corbel"/>
          <w:b/>
          <w:lang w:val="fr-FR"/>
        </w:rPr>
        <w:t>documentation</w:t>
      </w:r>
      <w:r w:rsidR="00013607" w:rsidRPr="00BA34D9">
        <w:rPr>
          <w:rFonts w:ascii="Corbel" w:hAnsi="Corbel"/>
          <w:b/>
          <w:lang w:val="fr-FR"/>
        </w:rPr>
        <w:t xml:space="preserve"> de sécurité que vous avez déjà rédigée et déployée ?</w:t>
      </w:r>
    </w:p>
    <w:p w14:paraId="3931D0C6" w14:textId="77777777" w:rsidR="00AB1031" w:rsidRPr="00BA34D9" w:rsidRDefault="00013607">
      <w:pPr>
        <w:rPr>
          <w:rFonts w:ascii="Corbel" w:hAnsi="Corbel"/>
          <w:lang w:val="fr-FR"/>
        </w:rPr>
      </w:pPr>
      <w:r w:rsidRPr="00BA34D9">
        <w:rPr>
          <w:rFonts w:ascii="Corbel" w:hAnsi="Corbel"/>
          <w:lang w:val="fr-FR"/>
        </w:rPr>
        <w:t>Commentaires / éléments de réponse :</w:t>
      </w:r>
    </w:p>
    <w:p w14:paraId="30D16E0B" w14:textId="3EB03494" w:rsidR="00AB1031" w:rsidRPr="00BA34D9" w:rsidRDefault="00301070">
      <w:pPr>
        <w:rPr>
          <w:rFonts w:ascii="Corbel" w:hAnsi="Corbel"/>
          <w:lang w:val="fr-FR"/>
        </w:rPr>
      </w:pPr>
      <w:r w:rsidRPr="00BA34D9">
        <w:rPr>
          <w:rFonts w:ascii="Corbel" w:hAnsi="Corbel"/>
          <w:lang w:val="fr-FR"/>
        </w:rPr>
        <w:t>........................................................................................................................................................................................................................................................................................................</w:t>
      </w:r>
    </w:p>
    <w:p w14:paraId="6D776307" w14:textId="773A12C7" w:rsidR="00AB1031" w:rsidRPr="00BA34D9" w:rsidRDefault="00000000" w:rsidP="000331C4">
      <w:pPr>
        <w:jc w:val="both"/>
        <w:rPr>
          <w:rFonts w:ascii="Corbel" w:hAnsi="Corbel"/>
          <w:lang w:val="fr-FR"/>
        </w:rPr>
      </w:pPr>
      <w:sdt>
        <w:sdtPr>
          <w:rPr>
            <w:rFonts w:ascii="Corbel" w:hAnsi="Corbel"/>
            <w:b/>
            <w:lang w:val="fr-FR"/>
          </w:rPr>
          <w:id w:val="-1505425785"/>
          <w14:checkbox>
            <w14:checked w14:val="0"/>
            <w14:checkedState w14:val="2612" w14:font="MS Gothic"/>
            <w14:uncheckedState w14:val="2610" w14:font="MS Gothic"/>
          </w14:checkbox>
        </w:sdtPr>
        <w:sdtContent>
          <w:r w:rsidR="003C45F3" w:rsidRPr="00BA34D9">
            <w:rPr>
              <w:rFonts w:ascii="Segoe UI Symbol" w:eastAsia="MS Gothic" w:hAnsi="Segoe UI Symbol" w:cs="Segoe UI Symbol"/>
              <w:b/>
              <w:lang w:val="fr-FR"/>
            </w:rPr>
            <w:t>☐</w:t>
          </w:r>
        </w:sdtContent>
      </w:sdt>
      <w:r w:rsidR="00013607" w:rsidRPr="00BA34D9">
        <w:rPr>
          <w:rFonts w:ascii="Corbel" w:hAnsi="Corbel"/>
          <w:b/>
          <w:lang w:val="fr-FR"/>
        </w:rPr>
        <w:t xml:space="preserve"> </w:t>
      </w:r>
      <w:r w:rsidR="008F02E0" w:rsidRPr="00BA34D9">
        <w:rPr>
          <w:rFonts w:ascii="Corbel" w:hAnsi="Corbel"/>
          <w:b/>
          <w:lang w:val="fr-FR"/>
        </w:rPr>
        <w:t>23</w:t>
      </w:r>
      <w:r w:rsidR="00013607" w:rsidRPr="00BA34D9">
        <w:rPr>
          <w:rFonts w:ascii="Corbel" w:hAnsi="Corbel"/>
          <w:b/>
          <w:lang w:val="fr-FR"/>
        </w:rPr>
        <w:t>. Comment vous assurez-vous que les politiques et procédures sont réellement appliquées dans les services ?</w:t>
      </w:r>
    </w:p>
    <w:p w14:paraId="181EE4E1" w14:textId="77777777" w:rsidR="00AB1031" w:rsidRPr="00BA34D9" w:rsidRDefault="00013607">
      <w:pPr>
        <w:rPr>
          <w:rFonts w:ascii="Corbel" w:hAnsi="Corbel"/>
          <w:lang w:val="fr-FR"/>
        </w:rPr>
      </w:pPr>
      <w:r w:rsidRPr="00BA34D9">
        <w:rPr>
          <w:rFonts w:ascii="Corbel" w:hAnsi="Corbel"/>
          <w:lang w:val="fr-FR"/>
        </w:rPr>
        <w:t>Commentaires / éléments de réponse :</w:t>
      </w:r>
    </w:p>
    <w:p w14:paraId="3397DCD5" w14:textId="6C73113D" w:rsidR="00AB1031" w:rsidRPr="00BA34D9" w:rsidRDefault="00724528">
      <w:pPr>
        <w:rPr>
          <w:rFonts w:ascii="Corbel" w:hAnsi="Corbel"/>
          <w:lang w:val="fr-FR"/>
        </w:rPr>
      </w:pPr>
      <w:r w:rsidRPr="00BA34D9">
        <w:rPr>
          <w:rFonts w:ascii="Corbel" w:hAnsi="Corbel"/>
          <w:lang w:val="fr-FR"/>
        </w:rPr>
        <w:t>........................................................................................................................................................................................................................................................................................................</w:t>
      </w:r>
    </w:p>
    <w:p w14:paraId="63FFAA8C" w14:textId="71F41FCD" w:rsidR="00AB1031" w:rsidRDefault="00013607" w:rsidP="00830229">
      <w:pPr>
        <w:pStyle w:val="Heading2"/>
        <w:numPr>
          <w:ilvl w:val="0"/>
          <w:numId w:val="13"/>
        </w:numPr>
        <w:rPr>
          <w:rFonts w:ascii="Corbel" w:hAnsi="Corbel"/>
          <w:lang w:val="fr-FR"/>
        </w:rPr>
      </w:pPr>
      <w:r w:rsidRPr="00BA34D9">
        <w:rPr>
          <w:rFonts w:ascii="Corbel" w:hAnsi="Corbel"/>
          <w:lang w:val="fr-FR"/>
        </w:rPr>
        <w:t>Gestion des risques</w:t>
      </w:r>
    </w:p>
    <w:p w14:paraId="1CC94F4E" w14:textId="77777777" w:rsidR="00830229" w:rsidRPr="00830229" w:rsidRDefault="00830229" w:rsidP="004501D6">
      <w:pPr>
        <w:rPr>
          <w:lang w:val="fr-FR"/>
        </w:rPr>
      </w:pPr>
    </w:p>
    <w:p w14:paraId="623EAE86" w14:textId="36EE0514" w:rsidR="00AB1031" w:rsidRPr="00BA34D9" w:rsidRDefault="00000000" w:rsidP="000331C4">
      <w:pPr>
        <w:jc w:val="both"/>
        <w:rPr>
          <w:rFonts w:ascii="Corbel" w:hAnsi="Corbel"/>
          <w:lang w:val="fr-FR"/>
        </w:rPr>
      </w:pPr>
      <w:sdt>
        <w:sdtPr>
          <w:rPr>
            <w:rFonts w:ascii="Corbel" w:hAnsi="Corbel"/>
            <w:b/>
            <w:lang w:val="fr-FR"/>
          </w:rPr>
          <w:id w:val="609470028"/>
          <w14:checkbox>
            <w14:checked w14:val="0"/>
            <w14:checkedState w14:val="2612" w14:font="MS Gothic"/>
            <w14:uncheckedState w14:val="2610" w14:font="MS Gothic"/>
          </w14:checkbox>
        </w:sdtPr>
        <w:sdtContent>
          <w:r w:rsidR="003C45F3" w:rsidRPr="00BA34D9">
            <w:rPr>
              <w:rFonts w:ascii="Segoe UI Symbol" w:eastAsia="MS Gothic" w:hAnsi="Segoe UI Symbol" w:cs="Segoe UI Symbol"/>
              <w:b/>
              <w:lang w:val="fr-FR"/>
            </w:rPr>
            <w:t>☐</w:t>
          </w:r>
        </w:sdtContent>
      </w:sdt>
      <w:r w:rsidR="00013607" w:rsidRPr="00BA34D9">
        <w:rPr>
          <w:rFonts w:ascii="Corbel" w:hAnsi="Corbel"/>
          <w:b/>
          <w:lang w:val="fr-FR"/>
        </w:rPr>
        <w:t xml:space="preserve"> </w:t>
      </w:r>
      <w:r w:rsidR="008F02E0" w:rsidRPr="00BA34D9">
        <w:rPr>
          <w:rFonts w:ascii="Corbel" w:hAnsi="Corbel"/>
          <w:b/>
          <w:lang w:val="fr-FR"/>
        </w:rPr>
        <w:t>24</w:t>
      </w:r>
      <w:r w:rsidR="00013607" w:rsidRPr="00BA34D9">
        <w:rPr>
          <w:rFonts w:ascii="Corbel" w:hAnsi="Corbel"/>
          <w:b/>
          <w:lang w:val="fr-FR"/>
        </w:rPr>
        <w:t xml:space="preserve">. </w:t>
      </w:r>
      <w:r w:rsidR="002D3C56" w:rsidRPr="00BA34D9">
        <w:rPr>
          <w:rFonts w:ascii="Corbel" w:hAnsi="Corbel"/>
          <w:b/>
          <w:lang w:val="fr-FR"/>
        </w:rPr>
        <w:t xml:space="preserve">Êtes-vous familiarisé avec </w:t>
      </w:r>
      <w:r w:rsidR="00B212E8" w:rsidRPr="00BA34D9">
        <w:rPr>
          <w:rFonts w:ascii="Corbel" w:hAnsi="Corbel"/>
          <w:b/>
          <w:lang w:val="fr-FR"/>
        </w:rPr>
        <w:t>une</w:t>
      </w:r>
      <w:r w:rsidR="002D3C56" w:rsidRPr="00BA34D9">
        <w:rPr>
          <w:rFonts w:ascii="Corbel" w:hAnsi="Corbel"/>
          <w:b/>
          <w:lang w:val="fr-FR"/>
        </w:rPr>
        <w:t xml:space="preserve"> méthode d’analyse des risques </w:t>
      </w:r>
      <w:r w:rsidR="00B212E8" w:rsidRPr="00BA34D9">
        <w:rPr>
          <w:rFonts w:ascii="Corbel" w:hAnsi="Corbel"/>
          <w:b/>
          <w:lang w:val="fr-FR"/>
        </w:rPr>
        <w:t>(</w:t>
      </w:r>
      <w:r w:rsidR="002D3C56" w:rsidRPr="00BA34D9">
        <w:rPr>
          <w:rFonts w:ascii="Corbel" w:hAnsi="Corbel"/>
          <w:b/>
          <w:lang w:val="fr-FR"/>
        </w:rPr>
        <w:t>ISO 27005</w:t>
      </w:r>
      <w:r w:rsidR="00B212E8" w:rsidRPr="00BA34D9">
        <w:rPr>
          <w:rFonts w:ascii="Corbel" w:hAnsi="Corbel"/>
          <w:b/>
          <w:lang w:val="fr-FR"/>
        </w:rPr>
        <w:t>)</w:t>
      </w:r>
      <w:r w:rsidR="004D7C2F" w:rsidRPr="00BA34D9">
        <w:rPr>
          <w:rFonts w:ascii="Corbel" w:hAnsi="Corbel"/>
          <w:b/>
          <w:lang w:val="fr-FR"/>
        </w:rPr>
        <w:t> ?</w:t>
      </w:r>
    </w:p>
    <w:p w14:paraId="19BA3994" w14:textId="77777777" w:rsidR="00AB1031" w:rsidRPr="00BA34D9" w:rsidRDefault="00013607">
      <w:pPr>
        <w:rPr>
          <w:rFonts w:ascii="Corbel" w:hAnsi="Corbel"/>
          <w:lang w:val="fr-FR"/>
        </w:rPr>
      </w:pPr>
      <w:r w:rsidRPr="00BA34D9">
        <w:rPr>
          <w:rFonts w:ascii="Corbel" w:hAnsi="Corbel"/>
          <w:lang w:val="fr-FR"/>
        </w:rPr>
        <w:t>Commentaires / éléments de réponse :</w:t>
      </w:r>
    </w:p>
    <w:p w14:paraId="0E88B6DF" w14:textId="62B2506C" w:rsidR="00AB1031" w:rsidRPr="00BA34D9" w:rsidRDefault="0004252E">
      <w:pPr>
        <w:rPr>
          <w:rFonts w:ascii="Corbel" w:hAnsi="Corbel"/>
          <w:lang w:val="fr-FR"/>
        </w:rPr>
      </w:pPr>
      <w:r w:rsidRPr="00BA34D9">
        <w:rPr>
          <w:rFonts w:ascii="Corbel" w:hAnsi="Corbel"/>
          <w:lang w:val="fr-FR"/>
        </w:rPr>
        <w:t>........................................................................................................................................................................................................................................................................................................</w:t>
      </w:r>
    </w:p>
    <w:p w14:paraId="2DDC5404" w14:textId="50F9FE4D" w:rsidR="00AB1031" w:rsidRPr="00BA34D9" w:rsidRDefault="00000000" w:rsidP="000331C4">
      <w:pPr>
        <w:jc w:val="both"/>
        <w:rPr>
          <w:rFonts w:ascii="Corbel" w:hAnsi="Corbel"/>
          <w:lang w:val="fr-FR"/>
        </w:rPr>
      </w:pPr>
      <w:sdt>
        <w:sdtPr>
          <w:rPr>
            <w:rFonts w:ascii="Corbel" w:hAnsi="Corbel"/>
            <w:b/>
            <w:lang w:val="fr-FR"/>
          </w:rPr>
          <w:id w:val="1159661281"/>
          <w14:checkbox>
            <w14:checked w14:val="0"/>
            <w14:checkedState w14:val="2612" w14:font="MS Gothic"/>
            <w14:uncheckedState w14:val="2610" w14:font="MS Gothic"/>
          </w14:checkbox>
        </w:sdtPr>
        <w:sdtContent>
          <w:r w:rsidR="003C45F3" w:rsidRPr="00BA34D9">
            <w:rPr>
              <w:rFonts w:ascii="Segoe UI Symbol" w:eastAsia="MS Gothic" w:hAnsi="Segoe UI Symbol" w:cs="Segoe UI Symbol"/>
              <w:b/>
              <w:lang w:val="fr-FR"/>
            </w:rPr>
            <w:t>☐</w:t>
          </w:r>
        </w:sdtContent>
      </w:sdt>
      <w:r w:rsidR="00013607" w:rsidRPr="00BA34D9">
        <w:rPr>
          <w:rFonts w:ascii="Corbel" w:hAnsi="Corbel"/>
          <w:b/>
          <w:lang w:val="fr-FR"/>
        </w:rPr>
        <w:t xml:space="preserve"> </w:t>
      </w:r>
      <w:r w:rsidR="008F02E0" w:rsidRPr="00BA34D9">
        <w:rPr>
          <w:rFonts w:ascii="Corbel" w:hAnsi="Corbel"/>
          <w:b/>
          <w:lang w:val="fr-FR"/>
        </w:rPr>
        <w:t>25</w:t>
      </w:r>
      <w:r w:rsidR="00013607" w:rsidRPr="00BA34D9">
        <w:rPr>
          <w:rFonts w:ascii="Corbel" w:hAnsi="Corbel"/>
          <w:b/>
          <w:lang w:val="fr-FR"/>
        </w:rPr>
        <w:t xml:space="preserve">. </w:t>
      </w:r>
      <w:r w:rsidR="004D7C2F" w:rsidRPr="00BA34D9">
        <w:rPr>
          <w:rFonts w:ascii="Corbel" w:hAnsi="Corbel"/>
          <w:b/>
          <w:lang w:val="fr-FR"/>
        </w:rPr>
        <w:t xml:space="preserve">Avez-vous déjà réalisé une analyse de risque </w:t>
      </w:r>
      <w:r w:rsidR="00821225" w:rsidRPr="00BA34D9">
        <w:rPr>
          <w:rFonts w:ascii="Corbel" w:hAnsi="Corbel"/>
          <w:b/>
          <w:lang w:val="fr-FR"/>
        </w:rPr>
        <w:t>(</w:t>
      </w:r>
      <w:r w:rsidR="004D7C2F" w:rsidRPr="00BA34D9">
        <w:rPr>
          <w:rFonts w:ascii="Corbel" w:hAnsi="Corbel"/>
          <w:b/>
          <w:lang w:val="fr-FR"/>
        </w:rPr>
        <w:t>orientée sécurité de l’information</w:t>
      </w:r>
      <w:r w:rsidR="00821225" w:rsidRPr="00BA34D9">
        <w:rPr>
          <w:rFonts w:ascii="Corbel" w:hAnsi="Corbel"/>
          <w:b/>
          <w:lang w:val="fr-FR"/>
        </w:rPr>
        <w:t>)</w:t>
      </w:r>
      <w:r w:rsidR="004D7C2F" w:rsidRPr="00BA34D9">
        <w:rPr>
          <w:rFonts w:ascii="Corbel" w:hAnsi="Corbel"/>
          <w:b/>
          <w:lang w:val="fr-FR"/>
        </w:rPr>
        <w:t> ?</w:t>
      </w:r>
    </w:p>
    <w:p w14:paraId="788FF078" w14:textId="77777777" w:rsidR="00AB1031" w:rsidRPr="00BA34D9" w:rsidRDefault="00013607">
      <w:pPr>
        <w:rPr>
          <w:rFonts w:ascii="Corbel" w:hAnsi="Corbel"/>
          <w:lang w:val="fr-FR"/>
        </w:rPr>
      </w:pPr>
      <w:r w:rsidRPr="00BA34D9">
        <w:rPr>
          <w:rFonts w:ascii="Corbel" w:hAnsi="Corbel"/>
          <w:lang w:val="fr-FR"/>
        </w:rPr>
        <w:t>Commentaires / éléments de réponse :</w:t>
      </w:r>
    </w:p>
    <w:p w14:paraId="54E3057C" w14:textId="18C77B3F" w:rsidR="00AB1031" w:rsidRPr="00BA34D9" w:rsidRDefault="0004252E">
      <w:pPr>
        <w:rPr>
          <w:rFonts w:ascii="Corbel" w:hAnsi="Corbel"/>
          <w:lang w:val="fr-FR"/>
        </w:rPr>
      </w:pPr>
      <w:r w:rsidRPr="00BA34D9">
        <w:rPr>
          <w:rFonts w:ascii="Corbel" w:hAnsi="Corbel"/>
          <w:lang w:val="fr-FR"/>
        </w:rPr>
        <w:t>........................................................................................................................................................................................................................................................................................................</w:t>
      </w:r>
    </w:p>
    <w:p w14:paraId="143C45EA" w14:textId="1BCAA453" w:rsidR="004D7C2F" w:rsidRPr="00BA34D9" w:rsidRDefault="00000000" w:rsidP="000331C4">
      <w:pPr>
        <w:jc w:val="both"/>
        <w:rPr>
          <w:rFonts w:ascii="Corbel" w:hAnsi="Corbel"/>
          <w:lang w:val="fr-FR"/>
        </w:rPr>
      </w:pPr>
      <w:sdt>
        <w:sdtPr>
          <w:rPr>
            <w:rFonts w:ascii="Corbel" w:hAnsi="Corbel"/>
            <w:b/>
            <w:lang w:val="fr-FR"/>
          </w:rPr>
          <w:id w:val="95600238"/>
          <w14:checkbox>
            <w14:checked w14:val="0"/>
            <w14:checkedState w14:val="2612" w14:font="MS Gothic"/>
            <w14:uncheckedState w14:val="2610" w14:font="MS Gothic"/>
          </w14:checkbox>
        </w:sdtPr>
        <w:sdtContent>
          <w:r w:rsidR="000A5E89" w:rsidRPr="00BA34D9">
            <w:rPr>
              <w:rFonts w:ascii="Segoe UI Symbol" w:eastAsia="MS Gothic" w:hAnsi="Segoe UI Symbol" w:cs="Segoe UI Symbol"/>
              <w:b/>
              <w:lang w:val="fr-FR"/>
            </w:rPr>
            <w:t>☐</w:t>
          </w:r>
        </w:sdtContent>
      </w:sdt>
      <w:r w:rsidR="000A5E89" w:rsidRPr="00BA34D9">
        <w:rPr>
          <w:rFonts w:ascii="Corbel" w:hAnsi="Corbel"/>
          <w:b/>
          <w:lang w:val="fr-FR"/>
        </w:rPr>
        <w:t xml:space="preserve"> </w:t>
      </w:r>
      <w:r w:rsidR="008F02E0" w:rsidRPr="00BA34D9">
        <w:rPr>
          <w:rFonts w:ascii="Corbel" w:hAnsi="Corbel"/>
          <w:b/>
          <w:lang w:val="fr-FR"/>
        </w:rPr>
        <w:t>26</w:t>
      </w:r>
      <w:r w:rsidR="004D7C2F" w:rsidRPr="00BA34D9">
        <w:rPr>
          <w:rFonts w:ascii="Corbel" w:hAnsi="Corbel"/>
          <w:b/>
          <w:lang w:val="fr-FR"/>
        </w:rPr>
        <w:t xml:space="preserve">. </w:t>
      </w:r>
      <w:r w:rsidR="008C025A" w:rsidRPr="00BA34D9">
        <w:rPr>
          <w:rFonts w:ascii="Corbel" w:hAnsi="Corbel"/>
          <w:b/>
          <w:lang w:val="fr-FR"/>
        </w:rPr>
        <w:t>Avez-vous déjà travaillé avec l’outil MONARC pour réaliser des analyses de risques</w:t>
      </w:r>
      <w:r w:rsidR="004F6CDB" w:rsidRPr="00BA34D9">
        <w:rPr>
          <w:rFonts w:ascii="Corbel" w:hAnsi="Corbel"/>
          <w:b/>
          <w:lang w:val="fr-FR"/>
        </w:rPr>
        <w:t xml:space="preserve"> </w:t>
      </w:r>
      <w:r w:rsidR="004D7C2F" w:rsidRPr="00BA34D9">
        <w:rPr>
          <w:rFonts w:ascii="Corbel" w:hAnsi="Corbel"/>
          <w:b/>
          <w:lang w:val="fr-FR"/>
        </w:rPr>
        <w:t>?</w:t>
      </w:r>
    </w:p>
    <w:p w14:paraId="6752E7C4" w14:textId="77777777" w:rsidR="004D7C2F" w:rsidRPr="00BA34D9" w:rsidRDefault="004D7C2F" w:rsidP="004D7C2F">
      <w:pPr>
        <w:rPr>
          <w:rFonts w:ascii="Corbel" w:hAnsi="Corbel"/>
          <w:lang w:val="fr-FR"/>
        </w:rPr>
      </w:pPr>
      <w:r w:rsidRPr="00BA34D9">
        <w:rPr>
          <w:rFonts w:ascii="Corbel" w:hAnsi="Corbel"/>
          <w:lang w:val="fr-FR"/>
        </w:rPr>
        <w:t>Commentaires / éléments de réponse :</w:t>
      </w:r>
    </w:p>
    <w:p w14:paraId="195EA34C" w14:textId="3BDDDD98" w:rsidR="00AB1031" w:rsidRPr="00BA34D9" w:rsidRDefault="0004252E">
      <w:pPr>
        <w:rPr>
          <w:rFonts w:ascii="Corbel" w:hAnsi="Corbel"/>
          <w:lang w:val="fr-FR"/>
        </w:rPr>
      </w:pPr>
      <w:r w:rsidRPr="00BA34D9">
        <w:rPr>
          <w:rFonts w:ascii="Corbel" w:hAnsi="Corbel"/>
          <w:lang w:val="fr-FR"/>
        </w:rPr>
        <w:t>........................................................................................................................................................................................................................................................................................................</w:t>
      </w:r>
    </w:p>
    <w:p w14:paraId="5EAB59C6" w14:textId="6ED0768A" w:rsidR="00AB1031" w:rsidRDefault="00013607" w:rsidP="004501D6">
      <w:pPr>
        <w:pStyle w:val="Heading2"/>
        <w:numPr>
          <w:ilvl w:val="0"/>
          <w:numId w:val="13"/>
        </w:numPr>
        <w:rPr>
          <w:rFonts w:ascii="Corbel" w:hAnsi="Corbel"/>
          <w:lang w:val="fr-FR"/>
        </w:rPr>
      </w:pPr>
      <w:r w:rsidRPr="00BA34D9">
        <w:rPr>
          <w:rFonts w:ascii="Corbel" w:hAnsi="Corbel"/>
          <w:lang w:val="fr-FR"/>
        </w:rPr>
        <w:t>Conformité réglementaire</w:t>
      </w:r>
    </w:p>
    <w:p w14:paraId="055D7EA7" w14:textId="77777777" w:rsidR="004501D6" w:rsidRPr="004501D6" w:rsidRDefault="004501D6" w:rsidP="004501D6">
      <w:pPr>
        <w:rPr>
          <w:lang w:val="fr-FR"/>
        </w:rPr>
      </w:pPr>
    </w:p>
    <w:p w14:paraId="6ED7B1B1" w14:textId="793CBAEC" w:rsidR="00AB1031" w:rsidRPr="00BA34D9" w:rsidRDefault="00000000" w:rsidP="000331C4">
      <w:pPr>
        <w:jc w:val="both"/>
        <w:rPr>
          <w:rFonts w:ascii="Corbel" w:hAnsi="Corbel"/>
          <w:lang w:val="fr-FR"/>
        </w:rPr>
      </w:pPr>
      <w:sdt>
        <w:sdtPr>
          <w:rPr>
            <w:rFonts w:ascii="Corbel" w:hAnsi="Corbel"/>
            <w:b/>
            <w:lang w:val="fr-FR"/>
          </w:rPr>
          <w:id w:val="-2025398035"/>
          <w14:checkbox>
            <w14:checked w14:val="0"/>
            <w14:checkedState w14:val="2612" w14:font="MS Gothic"/>
            <w14:uncheckedState w14:val="2610" w14:font="MS Gothic"/>
          </w14:checkbox>
        </w:sdtPr>
        <w:sdtContent>
          <w:r w:rsidR="003C45F3" w:rsidRPr="00BA34D9">
            <w:rPr>
              <w:rFonts w:ascii="Segoe UI Symbol" w:eastAsia="MS Gothic" w:hAnsi="Segoe UI Symbol" w:cs="Segoe UI Symbol"/>
              <w:b/>
              <w:lang w:val="fr-FR"/>
            </w:rPr>
            <w:t>☐</w:t>
          </w:r>
        </w:sdtContent>
      </w:sdt>
      <w:r w:rsidR="00013607" w:rsidRPr="00BA34D9">
        <w:rPr>
          <w:rFonts w:ascii="Corbel" w:hAnsi="Corbel"/>
          <w:b/>
          <w:lang w:val="fr-FR"/>
        </w:rPr>
        <w:t xml:space="preserve"> 2</w:t>
      </w:r>
      <w:r w:rsidR="008F02E0" w:rsidRPr="00BA34D9">
        <w:rPr>
          <w:rFonts w:ascii="Corbel" w:hAnsi="Corbel"/>
          <w:b/>
          <w:lang w:val="fr-FR"/>
        </w:rPr>
        <w:t>7</w:t>
      </w:r>
      <w:r w:rsidR="00013607" w:rsidRPr="00BA34D9">
        <w:rPr>
          <w:rFonts w:ascii="Corbel" w:hAnsi="Corbel"/>
          <w:b/>
          <w:lang w:val="fr-FR"/>
        </w:rPr>
        <w:t>. Avez-vous déjà piloté ou préparé des audits ?</w:t>
      </w:r>
    </w:p>
    <w:p w14:paraId="63C8BA2D" w14:textId="77777777" w:rsidR="00AB1031" w:rsidRPr="00BA34D9" w:rsidRDefault="00013607">
      <w:pPr>
        <w:rPr>
          <w:rFonts w:ascii="Corbel" w:hAnsi="Corbel"/>
          <w:lang w:val="fr-FR"/>
        </w:rPr>
      </w:pPr>
      <w:r w:rsidRPr="00BA34D9">
        <w:rPr>
          <w:rFonts w:ascii="Corbel" w:hAnsi="Corbel"/>
          <w:lang w:val="fr-FR"/>
        </w:rPr>
        <w:t>Commentaires / éléments de réponse :</w:t>
      </w:r>
    </w:p>
    <w:p w14:paraId="212DAA7A" w14:textId="710E5572" w:rsidR="00AB1031" w:rsidRPr="00BA34D9" w:rsidRDefault="0004252E">
      <w:pPr>
        <w:rPr>
          <w:rFonts w:ascii="Corbel" w:hAnsi="Corbel"/>
          <w:lang w:val="fr-FR"/>
        </w:rPr>
      </w:pPr>
      <w:r w:rsidRPr="00BA34D9">
        <w:rPr>
          <w:rFonts w:ascii="Corbel" w:hAnsi="Corbel"/>
          <w:lang w:val="fr-FR"/>
        </w:rPr>
        <w:t>........................................................................................................................................................................................................................................................................................................</w:t>
      </w:r>
    </w:p>
    <w:p w14:paraId="6FF1D77E" w14:textId="74A7C67B" w:rsidR="00AB1031" w:rsidRPr="00BA34D9" w:rsidRDefault="00000000" w:rsidP="000331C4">
      <w:pPr>
        <w:jc w:val="both"/>
        <w:rPr>
          <w:rFonts w:ascii="Corbel" w:hAnsi="Corbel"/>
          <w:lang w:val="fr-FR"/>
        </w:rPr>
      </w:pPr>
      <w:sdt>
        <w:sdtPr>
          <w:rPr>
            <w:rFonts w:ascii="Corbel" w:hAnsi="Corbel"/>
            <w:b/>
            <w:lang w:val="fr-FR"/>
          </w:rPr>
          <w:id w:val="103697247"/>
          <w14:checkbox>
            <w14:checked w14:val="0"/>
            <w14:checkedState w14:val="2612" w14:font="MS Gothic"/>
            <w14:uncheckedState w14:val="2610" w14:font="MS Gothic"/>
          </w14:checkbox>
        </w:sdtPr>
        <w:sdtContent>
          <w:r w:rsidR="003C45F3" w:rsidRPr="00BA34D9">
            <w:rPr>
              <w:rFonts w:ascii="Segoe UI Symbol" w:eastAsia="MS Gothic" w:hAnsi="Segoe UI Symbol" w:cs="Segoe UI Symbol"/>
              <w:b/>
              <w:lang w:val="fr-FR"/>
            </w:rPr>
            <w:t>☐</w:t>
          </w:r>
        </w:sdtContent>
      </w:sdt>
      <w:r w:rsidR="00013607" w:rsidRPr="00BA34D9">
        <w:rPr>
          <w:rFonts w:ascii="Corbel" w:hAnsi="Corbel"/>
          <w:b/>
          <w:lang w:val="fr-FR"/>
        </w:rPr>
        <w:t xml:space="preserve"> 2</w:t>
      </w:r>
      <w:r w:rsidR="008F02E0" w:rsidRPr="00BA34D9">
        <w:rPr>
          <w:rFonts w:ascii="Corbel" w:hAnsi="Corbel"/>
          <w:b/>
          <w:lang w:val="fr-FR"/>
        </w:rPr>
        <w:t>8</w:t>
      </w:r>
      <w:r w:rsidR="00013607" w:rsidRPr="00BA34D9">
        <w:rPr>
          <w:rFonts w:ascii="Corbel" w:hAnsi="Corbel"/>
          <w:b/>
          <w:lang w:val="fr-FR"/>
        </w:rPr>
        <w:t xml:space="preserve">. Comment vérifieriez-vous la conformité </w:t>
      </w:r>
      <w:r w:rsidR="002758D5" w:rsidRPr="00BA34D9">
        <w:rPr>
          <w:rFonts w:ascii="Corbel" w:hAnsi="Corbel"/>
          <w:b/>
          <w:lang w:val="fr-FR"/>
        </w:rPr>
        <w:t xml:space="preserve">de l’organisation </w:t>
      </w:r>
      <w:r w:rsidR="00013607" w:rsidRPr="00BA34D9">
        <w:rPr>
          <w:rFonts w:ascii="Corbel" w:hAnsi="Corbel"/>
          <w:b/>
          <w:lang w:val="fr-FR"/>
        </w:rPr>
        <w:t>aux exigences NIS2 ?</w:t>
      </w:r>
    </w:p>
    <w:p w14:paraId="2BE5006D" w14:textId="77777777" w:rsidR="00AB1031" w:rsidRPr="00BA34D9" w:rsidRDefault="00013607">
      <w:pPr>
        <w:rPr>
          <w:rFonts w:ascii="Corbel" w:hAnsi="Corbel"/>
          <w:lang w:val="fr-FR"/>
        </w:rPr>
      </w:pPr>
      <w:r w:rsidRPr="00BA34D9">
        <w:rPr>
          <w:rFonts w:ascii="Corbel" w:hAnsi="Corbel"/>
          <w:lang w:val="fr-FR"/>
        </w:rPr>
        <w:lastRenderedPageBreak/>
        <w:t>Commentaires / éléments de réponse :</w:t>
      </w:r>
    </w:p>
    <w:p w14:paraId="57544FB3" w14:textId="2FBEE252" w:rsidR="00AB1031" w:rsidRPr="00BA34D9" w:rsidRDefault="0004252E">
      <w:pPr>
        <w:rPr>
          <w:rFonts w:ascii="Corbel" w:hAnsi="Corbel"/>
          <w:lang w:val="fr-FR"/>
        </w:rPr>
      </w:pPr>
      <w:r w:rsidRPr="00BA34D9">
        <w:rPr>
          <w:rFonts w:ascii="Corbel" w:hAnsi="Corbel"/>
          <w:lang w:val="fr-FR"/>
        </w:rPr>
        <w:t>........................................................................................................................................................................................................................................................................................................</w:t>
      </w:r>
    </w:p>
    <w:p w14:paraId="4A3CAF40" w14:textId="1CE65DF5" w:rsidR="00AB1031" w:rsidRDefault="00013607" w:rsidP="00113D19">
      <w:pPr>
        <w:pStyle w:val="Heading2"/>
        <w:numPr>
          <w:ilvl w:val="0"/>
          <w:numId w:val="13"/>
        </w:numPr>
        <w:rPr>
          <w:rFonts w:ascii="Corbel" w:hAnsi="Corbel"/>
          <w:lang w:val="fr-FR"/>
        </w:rPr>
      </w:pPr>
      <w:r w:rsidRPr="00BA34D9">
        <w:rPr>
          <w:rFonts w:ascii="Corbel" w:hAnsi="Corbel"/>
          <w:lang w:val="fr-FR"/>
        </w:rPr>
        <w:t>Continuité d’activité</w:t>
      </w:r>
    </w:p>
    <w:p w14:paraId="23F5846F" w14:textId="77777777" w:rsidR="00113D19" w:rsidRPr="00113D19" w:rsidRDefault="00113D19" w:rsidP="00113D19">
      <w:pPr>
        <w:rPr>
          <w:lang w:val="fr-FR"/>
        </w:rPr>
      </w:pPr>
    </w:p>
    <w:p w14:paraId="151BF568" w14:textId="495CAC31" w:rsidR="00AB1031" w:rsidRPr="00BA34D9" w:rsidRDefault="00000000" w:rsidP="000331C4">
      <w:pPr>
        <w:jc w:val="both"/>
        <w:rPr>
          <w:rFonts w:ascii="Corbel" w:hAnsi="Corbel"/>
          <w:lang w:val="fr-FR"/>
        </w:rPr>
      </w:pPr>
      <w:sdt>
        <w:sdtPr>
          <w:rPr>
            <w:rFonts w:ascii="Corbel" w:hAnsi="Corbel"/>
            <w:b/>
            <w:lang w:val="fr-FR"/>
          </w:rPr>
          <w:id w:val="-1747804046"/>
          <w14:checkbox>
            <w14:checked w14:val="0"/>
            <w14:checkedState w14:val="2612" w14:font="MS Gothic"/>
            <w14:uncheckedState w14:val="2610" w14:font="MS Gothic"/>
          </w14:checkbox>
        </w:sdtPr>
        <w:sdtContent>
          <w:r w:rsidR="003C45F3" w:rsidRPr="00BA34D9">
            <w:rPr>
              <w:rFonts w:ascii="Segoe UI Symbol" w:eastAsia="MS Gothic" w:hAnsi="Segoe UI Symbol" w:cs="Segoe UI Symbol"/>
              <w:b/>
              <w:lang w:val="fr-FR"/>
            </w:rPr>
            <w:t>☐</w:t>
          </w:r>
        </w:sdtContent>
      </w:sdt>
      <w:r w:rsidR="00013607" w:rsidRPr="00BA34D9">
        <w:rPr>
          <w:rFonts w:ascii="Corbel" w:hAnsi="Corbel"/>
          <w:b/>
          <w:lang w:val="fr-FR"/>
        </w:rPr>
        <w:t xml:space="preserve"> 2</w:t>
      </w:r>
      <w:r w:rsidR="008F02E0" w:rsidRPr="00BA34D9">
        <w:rPr>
          <w:rFonts w:ascii="Corbel" w:hAnsi="Corbel"/>
          <w:b/>
          <w:lang w:val="fr-FR"/>
        </w:rPr>
        <w:t>9</w:t>
      </w:r>
      <w:r w:rsidR="00013607" w:rsidRPr="00BA34D9">
        <w:rPr>
          <w:rFonts w:ascii="Corbel" w:hAnsi="Corbel"/>
          <w:b/>
          <w:lang w:val="fr-FR"/>
        </w:rPr>
        <w:t xml:space="preserve">. </w:t>
      </w:r>
      <w:r w:rsidR="00424485" w:rsidRPr="00BA34D9">
        <w:rPr>
          <w:rFonts w:ascii="Corbel" w:hAnsi="Corbel"/>
          <w:b/>
          <w:lang w:val="fr-FR"/>
        </w:rPr>
        <w:t>Connaissez-vous des référentiels ou bonnes pratiques en matière de continuité d’activité (par exemple ISO 22301, guides nationaux, bonnes pratiques sectorielles) ?</w:t>
      </w:r>
    </w:p>
    <w:p w14:paraId="6CA2515F" w14:textId="77777777" w:rsidR="00AB1031" w:rsidRPr="00BA34D9" w:rsidRDefault="00013607">
      <w:pPr>
        <w:rPr>
          <w:rFonts w:ascii="Corbel" w:hAnsi="Corbel"/>
          <w:lang w:val="fr-FR"/>
        </w:rPr>
      </w:pPr>
      <w:r w:rsidRPr="00BA34D9">
        <w:rPr>
          <w:rFonts w:ascii="Corbel" w:hAnsi="Corbel"/>
          <w:lang w:val="fr-FR"/>
        </w:rPr>
        <w:t>Commentaires / éléments de réponse :</w:t>
      </w:r>
    </w:p>
    <w:p w14:paraId="4516E206" w14:textId="1E2AB28C" w:rsidR="00AB1031" w:rsidRPr="00BA34D9" w:rsidRDefault="009525F9">
      <w:pPr>
        <w:rPr>
          <w:rFonts w:ascii="Corbel" w:hAnsi="Corbel"/>
          <w:lang w:val="fr-FR"/>
        </w:rPr>
      </w:pPr>
      <w:r w:rsidRPr="00BA34D9">
        <w:rPr>
          <w:rFonts w:ascii="Corbel" w:hAnsi="Corbel"/>
          <w:lang w:val="fr-FR"/>
        </w:rPr>
        <w:t>........................................................................................................................................................................................................................................................................................................</w:t>
      </w:r>
    </w:p>
    <w:p w14:paraId="19E9D287" w14:textId="02C4D065" w:rsidR="00AB1031" w:rsidRPr="00BA34D9" w:rsidRDefault="00000000" w:rsidP="000331C4">
      <w:pPr>
        <w:jc w:val="both"/>
        <w:rPr>
          <w:rFonts w:ascii="Corbel" w:hAnsi="Corbel"/>
          <w:lang w:val="fr-FR"/>
        </w:rPr>
      </w:pPr>
      <w:sdt>
        <w:sdtPr>
          <w:rPr>
            <w:rFonts w:ascii="Corbel" w:hAnsi="Corbel"/>
            <w:b/>
            <w:lang w:val="fr-FR"/>
          </w:rPr>
          <w:id w:val="-133262637"/>
          <w14:checkbox>
            <w14:checked w14:val="0"/>
            <w14:checkedState w14:val="2612" w14:font="MS Gothic"/>
            <w14:uncheckedState w14:val="2610" w14:font="MS Gothic"/>
          </w14:checkbox>
        </w:sdtPr>
        <w:sdtContent>
          <w:r w:rsidR="003C45F3" w:rsidRPr="00BA34D9">
            <w:rPr>
              <w:rFonts w:ascii="Segoe UI Symbol" w:eastAsia="MS Gothic" w:hAnsi="Segoe UI Symbol" w:cs="Segoe UI Symbol"/>
              <w:b/>
              <w:lang w:val="fr-FR"/>
            </w:rPr>
            <w:t>☐</w:t>
          </w:r>
        </w:sdtContent>
      </w:sdt>
      <w:r w:rsidR="00013607" w:rsidRPr="00BA34D9">
        <w:rPr>
          <w:rFonts w:ascii="Corbel" w:hAnsi="Corbel"/>
          <w:b/>
          <w:lang w:val="fr-FR"/>
        </w:rPr>
        <w:t xml:space="preserve"> </w:t>
      </w:r>
      <w:r w:rsidR="008F02E0" w:rsidRPr="00BA34D9">
        <w:rPr>
          <w:rFonts w:ascii="Corbel" w:hAnsi="Corbel"/>
          <w:b/>
          <w:lang w:val="fr-FR"/>
        </w:rPr>
        <w:t>30</w:t>
      </w:r>
      <w:r w:rsidR="00013607" w:rsidRPr="00BA34D9">
        <w:rPr>
          <w:rFonts w:ascii="Corbel" w:hAnsi="Corbel"/>
          <w:b/>
          <w:lang w:val="fr-FR"/>
        </w:rPr>
        <w:t xml:space="preserve">. </w:t>
      </w:r>
      <w:r w:rsidR="00604725" w:rsidRPr="00BA34D9">
        <w:rPr>
          <w:rFonts w:ascii="Corbel" w:hAnsi="Corbel"/>
          <w:b/>
          <w:lang w:val="fr-FR"/>
        </w:rPr>
        <w:t xml:space="preserve">Avez-vous déjà conduit ou participé à une Business Impact </w:t>
      </w:r>
      <w:proofErr w:type="spellStart"/>
      <w:r w:rsidR="00604725" w:rsidRPr="00BA34D9">
        <w:rPr>
          <w:rFonts w:ascii="Corbel" w:hAnsi="Corbel"/>
          <w:b/>
          <w:lang w:val="fr-FR"/>
        </w:rPr>
        <w:t>Analysis</w:t>
      </w:r>
      <w:proofErr w:type="spellEnd"/>
      <w:r w:rsidR="00604725" w:rsidRPr="00BA34D9">
        <w:rPr>
          <w:rFonts w:ascii="Corbel" w:hAnsi="Corbel"/>
          <w:b/>
          <w:lang w:val="fr-FR"/>
        </w:rPr>
        <w:t xml:space="preserve"> (BIA) </w:t>
      </w:r>
      <w:r w:rsidR="00013607" w:rsidRPr="00BA34D9">
        <w:rPr>
          <w:rFonts w:ascii="Corbel" w:hAnsi="Corbel"/>
          <w:b/>
          <w:lang w:val="fr-FR"/>
        </w:rPr>
        <w:t>?</w:t>
      </w:r>
    </w:p>
    <w:p w14:paraId="3A3E506C" w14:textId="77777777" w:rsidR="00AB1031" w:rsidRPr="00BA34D9" w:rsidRDefault="00013607">
      <w:pPr>
        <w:rPr>
          <w:rFonts w:ascii="Corbel" w:hAnsi="Corbel"/>
          <w:lang w:val="fr-FR"/>
        </w:rPr>
      </w:pPr>
      <w:r w:rsidRPr="00BA34D9">
        <w:rPr>
          <w:rFonts w:ascii="Corbel" w:hAnsi="Corbel"/>
          <w:lang w:val="fr-FR"/>
        </w:rPr>
        <w:t>Commentaires / éléments de réponse :</w:t>
      </w:r>
    </w:p>
    <w:p w14:paraId="03432EE2" w14:textId="78D4B004" w:rsidR="00AB1031" w:rsidRPr="00BA34D9" w:rsidRDefault="009525F9">
      <w:pPr>
        <w:rPr>
          <w:rFonts w:ascii="Corbel" w:hAnsi="Corbel"/>
          <w:lang w:val="fr-FR"/>
        </w:rPr>
      </w:pPr>
      <w:r w:rsidRPr="00BA34D9">
        <w:rPr>
          <w:rFonts w:ascii="Corbel" w:hAnsi="Corbel"/>
          <w:lang w:val="fr-FR"/>
        </w:rPr>
        <w:t>........................................................................................................................................................................................................................................................................................................</w:t>
      </w:r>
    </w:p>
    <w:p w14:paraId="74CCFD81" w14:textId="7F903BE5" w:rsidR="00692F23" w:rsidRPr="00BA34D9" w:rsidRDefault="00000000" w:rsidP="000331C4">
      <w:pPr>
        <w:jc w:val="both"/>
        <w:rPr>
          <w:rFonts w:ascii="Corbel" w:hAnsi="Corbel"/>
          <w:lang w:val="fr-FR"/>
        </w:rPr>
      </w:pPr>
      <w:sdt>
        <w:sdtPr>
          <w:rPr>
            <w:rFonts w:ascii="Corbel" w:hAnsi="Corbel"/>
            <w:b/>
            <w:lang w:val="fr-FR"/>
          </w:rPr>
          <w:id w:val="-431052743"/>
          <w14:checkbox>
            <w14:checked w14:val="0"/>
            <w14:checkedState w14:val="2612" w14:font="MS Gothic"/>
            <w14:uncheckedState w14:val="2610" w14:font="MS Gothic"/>
          </w14:checkbox>
        </w:sdtPr>
        <w:sdtContent>
          <w:r w:rsidR="00692F23" w:rsidRPr="00BA34D9">
            <w:rPr>
              <w:rFonts w:ascii="Segoe UI Symbol" w:eastAsia="MS Gothic" w:hAnsi="Segoe UI Symbol" w:cs="Segoe UI Symbol"/>
              <w:b/>
              <w:lang w:val="fr-FR"/>
            </w:rPr>
            <w:t>☐</w:t>
          </w:r>
        </w:sdtContent>
      </w:sdt>
      <w:r w:rsidR="00692F23" w:rsidRPr="00BA34D9">
        <w:rPr>
          <w:rFonts w:ascii="Corbel" w:hAnsi="Corbel"/>
          <w:b/>
          <w:lang w:val="fr-FR"/>
        </w:rPr>
        <w:t xml:space="preserve"> </w:t>
      </w:r>
      <w:r w:rsidR="008F02E0" w:rsidRPr="00BA34D9">
        <w:rPr>
          <w:rFonts w:ascii="Corbel" w:hAnsi="Corbel"/>
          <w:b/>
          <w:lang w:val="fr-FR"/>
        </w:rPr>
        <w:t>31</w:t>
      </w:r>
      <w:r w:rsidR="00692F23" w:rsidRPr="00BA34D9">
        <w:rPr>
          <w:rFonts w:ascii="Corbel" w:hAnsi="Corbel"/>
          <w:b/>
          <w:lang w:val="fr-FR"/>
        </w:rPr>
        <w:t xml:space="preserve">. </w:t>
      </w:r>
      <w:r w:rsidR="006E3209" w:rsidRPr="00BA34D9">
        <w:rPr>
          <w:rFonts w:ascii="Corbel" w:hAnsi="Corbel"/>
          <w:b/>
          <w:lang w:val="fr-FR"/>
        </w:rPr>
        <w:t xml:space="preserve">Avez-vous déjà participé à la définition ou à la mise à jour d’un Plan de Continuité d’Activité (PCA) ou d’un Plan de Reprise d’Activité (PRA) </w:t>
      </w:r>
      <w:r w:rsidR="00692F23" w:rsidRPr="00BA34D9">
        <w:rPr>
          <w:rFonts w:ascii="Corbel" w:hAnsi="Corbel"/>
          <w:b/>
          <w:lang w:val="fr-FR"/>
        </w:rPr>
        <w:t>?</w:t>
      </w:r>
    </w:p>
    <w:p w14:paraId="772643AF" w14:textId="77777777" w:rsidR="00692F23" w:rsidRPr="00BA34D9" w:rsidRDefault="00692F23" w:rsidP="00692F23">
      <w:pPr>
        <w:rPr>
          <w:rFonts w:ascii="Corbel" w:hAnsi="Corbel"/>
          <w:lang w:val="fr-FR"/>
        </w:rPr>
      </w:pPr>
      <w:r w:rsidRPr="00BA34D9">
        <w:rPr>
          <w:rFonts w:ascii="Corbel" w:hAnsi="Corbel"/>
          <w:lang w:val="fr-FR"/>
        </w:rPr>
        <w:t>Commentaires / éléments de réponse :</w:t>
      </w:r>
    </w:p>
    <w:p w14:paraId="51EFAF5F" w14:textId="263CA07E" w:rsidR="00692F23" w:rsidRPr="00BA34D9" w:rsidRDefault="009525F9">
      <w:pPr>
        <w:rPr>
          <w:rFonts w:ascii="Corbel" w:hAnsi="Corbel"/>
          <w:lang w:val="fr-FR"/>
        </w:rPr>
      </w:pPr>
      <w:r w:rsidRPr="00BA34D9">
        <w:rPr>
          <w:rFonts w:ascii="Corbel" w:hAnsi="Corbel"/>
          <w:lang w:val="fr-FR"/>
        </w:rPr>
        <w:t>........................................................................................................................................................................................................................................................................................................</w:t>
      </w:r>
    </w:p>
    <w:p w14:paraId="19C1358E" w14:textId="0C0DF419" w:rsidR="00AB1031" w:rsidRDefault="00013607" w:rsidP="00275C36">
      <w:pPr>
        <w:pStyle w:val="Heading2"/>
        <w:numPr>
          <w:ilvl w:val="0"/>
          <w:numId w:val="13"/>
        </w:numPr>
        <w:rPr>
          <w:rFonts w:ascii="Corbel" w:hAnsi="Corbel"/>
          <w:lang w:val="fr-FR"/>
        </w:rPr>
      </w:pPr>
      <w:r w:rsidRPr="00BA34D9">
        <w:rPr>
          <w:rFonts w:ascii="Corbel" w:hAnsi="Corbel"/>
          <w:lang w:val="fr-FR"/>
        </w:rPr>
        <w:t>Sensibilisation, formation et culture sécurité</w:t>
      </w:r>
    </w:p>
    <w:p w14:paraId="3A3E88AC" w14:textId="77777777" w:rsidR="00275C36" w:rsidRPr="00275C36" w:rsidRDefault="00275C36" w:rsidP="00275C36">
      <w:pPr>
        <w:rPr>
          <w:lang w:val="fr-FR"/>
        </w:rPr>
      </w:pPr>
    </w:p>
    <w:p w14:paraId="235135DF" w14:textId="06C3870E" w:rsidR="00A877E3" w:rsidRPr="00BA34D9" w:rsidRDefault="00000000" w:rsidP="000331C4">
      <w:pPr>
        <w:jc w:val="both"/>
        <w:rPr>
          <w:rFonts w:ascii="Corbel" w:hAnsi="Corbel"/>
          <w:lang w:val="fr-FR"/>
        </w:rPr>
      </w:pPr>
      <w:sdt>
        <w:sdtPr>
          <w:rPr>
            <w:rFonts w:ascii="Corbel" w:hAnsi="Corbel"/>
            <w:b/>
            <w:lang w:val="fr-FR"/>
          </w:rPr>
          <w:id w:val="1612623498"/>
          <w14:checkbox>
            <w14:checked w14:val="0"/>
            <w14:checkedState w14:val="2612" w14:font="MS Gothic"/>
            <w14:uncheckedState w14:val="2610" w14:font="MS Gothic"/>
          </w14:checkbox>
        </w:sdtPr>
        <w:sdtContent>
          <w:r w:rsidR="00A877E3" w:rsidRPr="00BA34D9">
            <w:rPr>
              <w:rFonts w:ascii="Segoe UI Symbol" w:eastAsia="MS Gothic" w:hAnsi="Segoe UI Symbol" w:cs="Segoe UI Symbol"/>
              <w:b/>
              <w:lang w:val="fr-FR"/>
            </w:rPr>
            <w:t>☐</w:t>
          </w:r>
        </w:sdtContent>
      </w:sdt>
      <w:r w:rsidR="00A877E3" w:rsidRPr="00BA34D9">
        <w:rPr>
          <w:rFonts w:ascii="Corbel" w:hAnsi="Corbel"/>
          <w:b/>
          <w:lang w:val="fr-FR"/>
        </w:rPr>
        <w:t xml:space="preserve"> 3</w:t>
      </w:r>
      <w:r w:rsidR="00DE4E18" w:rsidRPr="00BA34D9">
        <w:rPr>
          <w:rFonts w:ascii="Corbel" w:hAnsi="Corbel"/>
          <w:b/>
          <w:lang w:val="fr-FR"/>
        </w:rPr>
        <w:t>2</w:t>
      </w:r>
      <w:r w:rsidR="00A877E3" w:rsidRPr="00BA34D9">
        <w:rPr>
          <w:rFonts w:ascii="Corbel" w:hAnsi="Corbel"/>
          <w:b/>
          <w:lang w:val="fr-FR"/>
        </w:rPr>
        <w:t xml:space="preserve">. Quand on parle de « culture de sécurité » au sein d’une organisation, qu’est-ce que cela signifie concrètement pour </w:t>
      </w:r>
      <w:r w:rsidR="0028025D" w:rsidRPr="00BA34D9">
        <w:rPr>
          <w:rFonts w:ascii="Corbel" w:hAnsi="Corbel"/>
          <w:b/>
          <w:lang w:val="fr-FR"/>
        </w:rPr>
        <w:t>vous ?</w:t>
      </w:r>
    </w:p>
    <w:p w14:paraId="7D8C6B19" w14:textId="77777777" w:rsidR="00A877E3" w:rsidRPr="00BA34D9" w:rsidRDefault="00A877E3" w:rsidP="00A877E3">
      <w:pPr>
        <w:rPr>
          <w:rFonts w:ascii="Corbel" w:hAnsi="Corbel"/>
          <w:lang w:val="fr-FR"/>
        </w:rPr>
      </w:pPr>
      <w:r w:rsidRPr="00BA34D9">
        <w:rPr>
          <w:rFonts w:ascii="Corbel" w:hAnsi="Corbel"/>
          <w:lang w:val="fr-FR"/>
        </w:rPr>
        <w:t>Commentaires / éléments de réponse :</w:t>
      </w:r>
    </w:p>
    <w:p w14:paraId="06BD87CC" w14:textId="4D8108C2" w:rsidR="00A877E3" w:rsidRPr="00BA34D9" w:rsidRDefault="009525F9" w:rsidP="00A877E3">
      <w:pPr>
        <w:rPr>
          <w:rFonts w:ascii="Corbel" w:hAnsi="Corbel"/>
          <w:lang w:val="fr-FR"/>
        </w:rPr>
      </w:pPr>
      <w:r w:rsidRPr="00BA34D9">
        <w:rPr>
          <w:rFonts w:ascii="Corbel" w:hAnsi="Corbel"/>
          <w:lang w:val="fr-FR"/>
        </w:rPr>
        <w:t>........................................................................................................................................................................................................................................................................................................</w:t>
      </w:r>
    </w:p>
    <w:p w14:paraId="24305983" w14:textId="380B119B" w:rsidR="00AB1031" w:rsidRPr="00BA34D9" w:rsidRDefault="00000000" w:rsidP="000331C4">
      <w:pPr>
        <w:jc w:val="both"/>
        <w:rPr>
          <w:rFonts w:ascii="Corbel" w:hAnsi="Corbel"/>
          <w:lang w:val="fr-FR"/>
        </w:rPr>
      </w:pPr>
      <w:sdt>
        <w:sdtPr>
          <w:rPr>
            <w:rFonts w:ascii="Corbel" w:hAnsi="Corbel"/>
            <w:b/>
            <w:lang w:val="fr-FR"/>
          </w:rPr>
          <w:id w:val="2045870285"/>
          <w14:checkbox>
            <w14:checked w14:val="0"/>
            <w14:checkedState w14:val="2612" w14:font="MS Gothic"/>
            <w14:uncheckedState w14:val="2610" w14:font="MS Gothic"/>
          </w14:checkbox>
        </w:sdtPr>
        <w:sdtContent>
          <w:r w:rsidR="003C45F3" w:rsidRPr="00BA34D9">
            <w:rPr>
              <w:rFonts w:ascii="Segoe UI Symbol" w:eastAsia="MS Gothic" w:hAnsi="Segoe UI Symbol" w:cs="Segoe UI Symbol"/>
              <w:b/>
              <w:lang w:val="fr-FR"/>
            </w:rPr>
            <w:t>☐</w:t>
          </w:r>
        </w:sdtContent>
      </w:sdt>
      <w:r w:rsidR="00013607" w:rsidRPr="00BA34D9">
        <w:rPr>
          <w:rFonts w:ascii="Corbel" w:hAnsi="Corbel"/>
          <w:b/>
          <w:lang w:val="fr-FR"/>
        </w:rPr>
        <w:t xml:space="preserve"> 3</w:t>
      </w:r>
      <w:r w:rsidR="00C202CB" w:rsidRPr="00BA34D9">
        <w:rPr>
          <w:rFonts w:ascii="Corbel" w:hAnsi="Corbel"/>
          <w:b/>
          <w:lang w:val="fr-FR"/>
        </w:rPr>
        <w:t>3</w:t>
      </w:r>
      <w:r w:rsidR="00013607" w:rsidRPr="00BA34D9">
        <w:rPr>
          <w:rFonts w:ascii="Corbel" w:hAnsi="Corbel"/>
          <w:b/>
          <w:lang w:val="fr-FR"/>
        </w:rPr>
        <w:t>. Quelles actions concrètes de sensibilisation avez-vous déjà mises en place ?</w:t>
      </w:r>
    </w:p>
    <w:p w14:paraId="6DE6B0A8" w14:textId="77777777" w:rsidR="00AB1031" w:rsidRPr="00BA34D9" w:rsidRDefault="00013607">
      <w:pPr>
        <w:rPr>
          <w:rFonts w:ascii="Corbel" w:hAnsi="Corbel"/>
          <w:lang w:val="fr-FR"/>
        </w:rPr>
      </w:pPr>
      <w:r w:rsidRPr="00BA34D9">
        <w:rPr>
          <w:rFonts w:ascii="Corbel" w:hAnsi="Corbel"/>
          <w:lang w:val="fr-FR"/>
        </w:rPr>
        <w:lastRenderedPageBreak/>
        <w:t>Commentaires / éléments de réponse :</w:t>
      </w:r>
    </w:p>
    <w:p w14:paraId="62A0CF9B" w14:textId="27089603" w:rsidR="00AB1031" w:rsidRPr="00BA34D9" w:rsidRDefault="00843820">
      <w:pPr>
        <w:rPr>
          <w:rFonts w:ascii="Corbel" w:hAnsi="Corbel"/>
          <w:lang w:val="fr-FR"/>
        </w:rPr>
      </w:pPr>
      <w:r w:rsidRPr="00BA34D9">
        <w:rPr>
          <w:rFonts w:ascii="Corbel" w:hAnsi="Corbel"/>
          <w:lang w:val="fr-FR"/>
        </w:rPr>
        <w:t>........................................................................................................................................................................................................................................................................................................</w:t>
      </w:r>
    </w:p>
    <w:p w14:paraId="6D3B79F4" w14:textId="2A60C323" w:rsidR="005E4EFF" w:rsidRPr="00BA34D9" w:rsidRDefault="00000000" w:rsidP="000331C4">
      <w:pPr>
        <w:jc w:val="both"/>
        <w:rPr>
          <w:rFonts w:ascii="Corbel" w:hAnsi="Corbel"/>
          <w:lang w:val="fr-FR"/>
        </w:rPr>
      </w:pPr>
      <w:sdt>
        <w:sdtPr>
          <w:rPr>
            <w:rFonts w:ascii="Corbel" w:hAnsi="Corbel"/>
            <w:b/>
            <w:lang w:val="fr-FR"/>
          </w:rPr>
          <w:id w:val="-603570775"/>
          <w14:checkbox>
            <w14:checked w14:val="0"/>
            <w14:checkedState w14:val="2612" w14:font="MS Gothic"/>
            <w14:uncheckedState w14:val="2610" w14:font="MS Gothic"/>
          </w14:checkbox>
        </w:sdtPr>
        <w:sdtContent>
          <w:r w:rsidR="005E4EFF" w:rsidRPr="00BA34D9">
            <w:rPr>
              <w:rFonts w:ascii="Segoe UI Symbol" w:eastAsia="MS Gothic" w:hAnsi="Segoe UI Symbol" w:cs="Segoe UI Symbol"/>
              <w:b/>
              <w:lang w:val="fr-FR"/>
            </w:rPr>
            <w:t>☐</w:t>
          </w:r>
        </w:sdtContent>
      </w:sdt>
      <w:r w:rsidR="005E4EFF" w:rsidRPr="00BA34D9">
        <w:rPr>
          <w:rFonts w:ascii="Corbel" w:hAnsi="Corbel"/>
          <w:b/>
          <w:lang w:val="fr-FR"/>
        </w:rPr>
        <w:t xml:space="preserve"> 3</w:t>
      </w:r>
      <w:r w:rsidR="00C202CB" w:rsidRPr="00BA34D9">
        <w:rPr>
          <w:rFonts w:ascii="Corbel" w:hAnsi="Corbel"/>
          <w:b/>
          <w:lang w:val="fr-FR"/>
        </w:rPr>
        <w:t>4</w:t>
      </w:r>
      <w:r w:rsidR="005E4EFF" w:rsidRPr="00BA34D9">
        <w:rPr>
          <w:rFonts w:ascii="Corbel" w:hAnsi="Corbel"/>
          <w:b/>
          <w:lang w:val="fr-FR"/>
        </w:rPr>
        <w:t>. Comment faites-vous pour que la sécurité ne soit pas perçue comme une contrainte supplémentaire, mais comme un soutien au travail quotidien et à la mission de service public ?</w:t>
      </w:r>
    </w:p>
    <w:p w14:paraId="1DC2762F" w14:textId="77777777" w:rsidR="005E4EFF" w:rsidRPr="00BA34D9" w:rsidRDefault="005E4EFF" w:rsidP="005E4EFF">
      <w:pPr>
        <w:rPr>
          <w:rFonts w:ascii="Corbel" w:hAnsi="Corbel"/>
          <w:lang w:val="fr-FR"/>
        </w:rPr>
      </w:pPr>
      <w:r w:rsidRPr="00BA34D9">
        <w:rPr>
          <w:rFonts w:ascii="Corbel" w:hAnsi="Corbel"/>
          <w:lang w:val="fr-FR"/>
        </w:rPr>
        <w:t>Commentaires / éléments de réponse :</w:t>
      </w:r>
    </w:p>
    <w:p w14:paraId="61F0CD5F" w14:textId="4B1448CF" w:rsidR="005E4EFF" w:rsidRPr="00BA34D9" w:rsidRDefault="00843820">
      <w:pPr>
        <w:rPr>
          <w:rFonts w:ascii="Corbel" w:hAnsi="Corbel"/>
          <w:lang w:val="fr-FR"/>
        </w:rPr>
      </w:pPr>
      <w:r w:rsidRPr="00BA34D9">
        <w:rPr>
          <w:rFonts w:ascii="Corbel" w:hAnsi="Corbel"/>
          <w:lang w:val="fr-FR"/>
        </w:rPr>
        <w:t>........................................................................................................................................................................................................................................................................................................</w:t>
      </w:r>
    </w:p>
    <w:p w14:paraId="4E495FE0" w14:textId="4EF1563B" w:rsidR="00AB1031" w:rsidRDefault="00013607" w:rsidP="00346E12">
      <w:pPr>
        <w:pStyle w:val="Heading2"/>
        <w:numPr>
          <w:ilvl w:val="0"/>
          <w:numId w:val="13"/>
        </w:numPr>
        <w:rPr>
          <w:rFonts w:ascii="Corbel" w:hAnsi="Corbel"/>
          <w:lang w:val="fr-FR"/>
        </w:rPr>
      </w:pPr>
      <w:r w:rsidRPr="00BA34D9">
        <w:rPr>
          <w:rFonts w:ascii="Corbel" w:hAnsi="Corbel"/>
          <w:lang w:val="fr-FR"/>
        </w:rPr>
        <w:t>Compétences techniques</w:t>
      </w:r>
    </w:p>
    <w:p w14:paraId="5D02C94C" w14:textId="77777777" w:rsidR="00346E12" w:rsidRPr="00346E12" w:rsidRDefault="00346E12" w:rsidP="00346E12">
      <w:pPr>
        <w:rPr>
          <w:lang w:val="fr-FR"/>
        </w:rPr>
      </w:pPr>
    </w:p>
    <w:p w14:paraId="4593DE21" w14:textId="75303B80" w:rsidR="00AB1031" w:rsidRPr="00BA34D9" w:rsidRDefault="00000000" w:rsidP="000331C4">
      <w:pPr>
        <w:jc w:val="both"/>
        <w:rPr>
          <w:rFonts w:ascii="Corbel" w:hAnsi="Corbel"/>
          <w:lang w:val="fr-FR"/>
        </w:rPr>
      </w:pPr>
      <w:sdt>
        <w:sdtPr>
          <w:rPr>
            <w:rFonts w:ascii="Corbel" w:hAnsi="Corbel"/>
            <w:b/>
            <w:lang w:val="fr-FR"/>
          </w:rPr>
          <w:id w:val="-1145052780"/>
          <w14:checkbox>
            <w14:checked w14:val="0"/>
            <w14:checkedState w14:val="2612" w14:font="MS Gothic"/>
            <w14:uncheckedState w14:val="2610" w14:font="MS Gothic"/>
          </w14:checkbox>
        </w:sdtPr>
        <w:sdtContent>
          <w:r w:rsidR="003C45F3" w:rsidRPr="00BA34D9">
            <w:rPr>
              <w:rFonts w:ascii="Segoe UI Symbol" w:eastAsia="MS Gothic" w:hAnsi="Segoe UI Symbol" w:cs="Segoe UI Symbol"/>
              <w:b/>
              <w:lang w:val="fr-FR"/>
            </w:rPr>
            <w:t>☐</w:t>
          </w:r>
        </w:sdtContent>
      </w:sdt>
      <w:r w:rsidR="00013607" w:rsidRPr="00BA34D9">
        <w:rPr>
          <w:rFonts w:ascii="Corbel" w:hAnsi="Corbel"/>
          <w:b/>
          <w:lang w:val="fr-FR"/>
        </w:rPr>
        <w:t xml:space="preserve"> 3</w:t>
      </w:r>
      <w:r w:rsidR="00380BE4" w:rsidRPr="00BA34D9">
        <w:rPr>
          <w:rFonts w:ascii="Corbel" w:hAnsi="Corbel"/>
          <w:b/>
          <w:lang w:val="fr-FR"/>
        </w:rPr>
        <w:t>5</w:t>
      </w:r>
      <w:r w:rsidR="00013607" w:rsidRPr="00BA34D9">
        <w:rPr>
          <w:rFonts w:ascii="Corbel" w:hAnsi="Corbel"/>
          <w:b/>
          <w:lang w:val="fr-FR"/>
        </w:rPr>
        <w:t>. Comment abordez-vous les sujets techniques avec les équipes IT ?</w:t>
      </w:r>
    </w:p>
    <w:p w14:paraId="54BD7D84" w14:textId="77777777" w:rsidR="00AB1031" w:rsidRPr="00BA34D9" w:rsidRDefault="00013607">
      <w:pPr>
        <w:rPr>
          <w:rFonts w:ascii="Corbel" w:hAnsi="Corbel"/>
          <w:lang w:val="fr-FR"/>
        </w:rPr>
      </w:pPr>
      <w:r w:rsidRPr="00BA34D9">
        <w:rPr>
          <w:rFonts w:ascii="Corbel" w:hAnsi="Corbel"/>
          <w:lang w:val="fr-FR"/>
        </w:rPr>
        <w:t>Commentaires / éléments de réponse :</w:t>
      </w:r>
    </w:p>
    <w:p w14:paraId="430AF45F" w14:textId="23B0BF56" w:rsidR="00AB1031" w:rsidRPr="00BA34D9" w:rsidRDefault="00843820">
      <w:pPr>
        <w:rPr>
          <w:rFonts w:ascii="Corbel" w:hAnsi="Corbel"/>
          <w:lang w:val="fr-FR"/>
        </w:rPr>
      </w:pPr>
      <w:r w:rsidRPr="00BA34D9">
        <w:rPr>
          <w:rFonts w:ascii="Corbel" w:hAnsi="Corbel"/>
          <w:lang w:val="fr-FR"/>
        </w:rPr>
        <w:t>........................................................................................................................................................................................................................................................................................................</w:t>
      </w:r>
    </w:p>
    <w:p w14:paraId="164DC658" w14:textId="612AE7ED" w:rsidR="00AB1031" w:rsidRPr="00BA34D9" w:rsidRDefault="00000000" w:rsidP="000331C4">
      <w:pPr>
        <w:jc w:val="both"/>
        <w:rPr>
          <w:rFonts w:ascii="Corbel" w:hAnsi="Corbel"/>
          <w:lang w:val="fr-FR"/>
        </w:rPr>
      </w:pPr>
      <w:sdt>
        <w:sdtPr>
          <w:rPr>
            <w:rFonts w:ascii="Corbel" w:hAnsi="Corbel"/>
            <w:b/>
            <w:lang w:val="fr-FR"/>
          </w:rPr>
          <w:id w:val="332807485"/>
          <w14:checkbox>
            <w14:checked w14:val="0"/>
            <w14:checkedState w14:val="2612" w14:font="MS Gothic"/>
            <w14:uncheckedState w14:val="2610" w14:font="MS Gothic"/>
          </w14:checkbox>
        </w:sdtPr>
        <w:sdtContent>
          <w:r w:rsidR="003C45F3" w:rsidRPr="00BA34D9">
            <w:rPr>
              <w:rFonts w:ascii="Segoe UI Symbol" w:eastAsia="MS Gothic" w:hAnsi="Segoe UI Symbol" w:cs="Segoe UI Symbol"/>
              <w:b/>
              <w:lang w:val="fr-FR"/>
            </w:rPr>
            <w:t>☐</w:t>
          </w:r>
        </w:sdtContent>
      </w:sdt>
      <w:r w:rsidR="00013607" w:rsidRPr="00BA34D9">
        <w:rPr>
          <w:rFonts w:ascii="Corbel" w:hAnsi="Corbel"/>
          <w:b/>
          <w:lang w:val="fr-FR"/>
        </w:rPr>
        <w:t xml:space="preserve"> </w:t>
      </w:r>
      <w:r w:rsidR="008F02E0" w:rsidRPr="00BA34D9">
        <w:rPr>
          <w:rFonts w:ascii="Corbel" w:hAnsi="Corbel"/>
          <w:b/>
          <w:lang w:val="fr-FR"/>
        </w:rPr>
        <w:t>3</w:t>
      </w:r>
      <w:r w:rsidR="00380BE4" w:rsidRPr="00BA34D9">
        <w:rPr>
          <w:rFonts w:ascii="Corbel" w:hAnsi="Corbel"/>
          <w:b/>
          <w:lang w:val="fr-FR"/>
        </w:rPr>
        <w:t>6</w:t>
      </w:r>
      <w:r w:rsidR="00013607" w:rsidRPr="00BA34D9">
        <w:rPr>
          <w:rFonts w:ascii="Corbel" w:hAnsi="Corbel"/>
          <w:b/>
          <w:lang w:val="fr-FR"/>
        </w:rPr>
        <w:t xml:space="preserve">. Comment restez-vous à jour sur les menaces et bonnes pratiques </w:t>
      </w:r>
      <w:r w:rsidR="006F6F6A" w:rsidRPr="00BA34D9">
        <w:rPr>
          <w:rFonts w:ascii="Corbel" w:hAnsi="Corbel"/>
          <w:b/>
          <w:lang w:val="fr-FR"/>
        </w:rPr>
        <w:t xml:space="preserve">en matière de sécurité de l’information </w:t>
      </w:r>
      <w:r w:rsidR="00013607" w:rsidRPr="00BA34D9">
        <w:rPr>
          <w:rFonts w:ascii="Corbel" w:hAnsi="Corbel"/>
          <w:b/>
          <w:lang w:val="fr-FR"/>
        </w:rPr>
        <w:t>?</w:t>
      </w:r>
    </w:p>
    <w:p w14:paraId="40BECBAD" w14:textId="77777777" w:rsidR="00AB1031" w:rsidRPr="00BA34D9" w:rsidRDefault="00013607">
      <w:pPr>
        <w:rPr>
          <w:rFonts w:ascii="Corbel" w:hAnsi="Corbel"/>
          <w:lang w:val="fr-FR"/>
        </w:rPr>
      </w:pPr>
      <w:r w:rsidRPr="00BA34D9">
        <w:rPr>
          <w:rFonts w:ascii="Corbel" w:hAnsi="Corbel"/>
          <w:lang w:val="fr-FR"/>
        </w:rPr>
        <w:t>Commentaires / éléments de réponse :</w:t>
      </w:r>
    </w:p>
    <w:p w14:paraId="288A4337" w14:textId="48D35C37" w:rsidR="00AB1031" w:rsidRPr="00BA34D9" w:rsidRDefault="00843820">
      <w:pPr>
        <w:rPr>
          <w:rFonts w:ascii="Corbel" w:hAnsi="Corbel"/>
          <w:lang w:val="fr-FR"/>
        </w:rPr>
      </w:pPr>
      <w:r w:rsidRPr="00BA34D9">
        <w:rPr>
          <w:rFonts w:ascii="Corbel" w:hAnsi="Corbel"/>
          <w:lang w:val="fr-FR"/>
        </w:rPr>
        <w:t>........................................................................................................................................................................................................................................................................................................</w:t>
      </w:r>
    </w:p>
    <w:p w14:paraId="5B41635B" w14:textId="369D2FCD" w:rsidR="00AB1031" w:rsidRDefault="00EB32EA" w:rsidP="00B35F0E">
      <w:pPr>
        <w:pStyle w:val="Heading2"/>
        <w:numPr>
          <w:ilvl w:val="0"/>
          <w:numId w:val="13"/>
        </w:numPr>
        <w:rPr>
          <w:rFonts w:ascii="Corbel" w:hAnsi="Corbel"/>
          <w:lang w:val="fr-FR"/>
        </w:rPr>
      </w:pPr>
      <w:r w:rsidRPr="00BA34D9">
        <w:rPr>
          <w:rFonts w:ascii="Corbel" w:hAnsi="Corbel"/>
          <w:lang w:val="fr-FR"/>
        </w:rPr>
        <w:t>Modalités pratiques</w:t>
      </w:r>
    </w:p>
    <w:p w14:paraId="425449BA" w14:textId="77777777" w:rsidR="00B35F0E" w:rsidRPr="00B35F0E" w:rsidRDefault="00B35F0E" w:rsidP="00B35F0E">
      <w:pPr>
        <w:rPr>
          <w:lang w:val="fr-FR"/>
        </w:rPr>
      </w:pPr>
    </w:p>
    <w:p w14:paraId="764AEDAA" w14:textId="18FF0C76" w:rsidR="00EB32EA" w:rsidRPr="00BA34D9" w:rsidRDefault="00EB32EA" w:rsidP="000331C4">
      <w:pPr>
        <w:jc w:val="both"/>
        <w:rPr>
          <w:rFonts w:ascii="Corbel" w:hAnsi="Corbel"/>
          <w:i/>
          <w:iCs/>
          <w:lang w:val="fr-FR"/>
        </w:rPr>
      </w:pPr>
      <w:r w:rsidRPr="00BA34D9">
        <w:rPr>
          <w:rFonts w:ascii="Corbel" w:hAnsi="Corbel"/>
          <w:i/>
          <w:iCs/>
          <w:lang w:val="fr-FR"/>
        </w:rPr>
        <w:t xml:space="preserve">Cette section est fournie à titre d’exemple. Chaque entité </w:t>
      </w:r>
      <w:r w:rsidR="00CA1496" w:rsidRPr="00BA34D9">
        <w:rPr>
          <w:rFonts w:ascii="Corbel" w:hAnsi="Corbel"/>
          <w:i/>
          <w:iCs/>
          <w:lang w:val="fr-FR"/>
        </w:rPr>
        <w:t>devrait</w:t>
      </w:r>
      <w:r w:rsidRPr="00BA34D9">
        <w:rPr>
          <w:rFonts w:ascii="Corbel" w:hAnsi="Corbel"/>
          <w:i/>
          <w:iCs/>
          <w:lang w:val="fr-FR"/>
        </w:rPr>
        <w:t xml:space="preserve"> adapter, compléter ou supprimer les questions en fonction de son propre contexte (localisation, horaires, télétravail, permanences, déplacements, etc.). L’objectif est de vérifier la compatibilité entre les contraintes pratiques du poste et la situation du candidat.</w:t>
      </w:r>
    </w:p>
    <w:p w14:paraId="2FE2D002" w14:textId="7AA28728" w:rsidR="00EB32EA" w:rsidRPr="00BA34D9" w:rsidRDefault="00000000" w:rsidP="000331C4">
      <w:pPr>
        <w:jc w:val="both"/>
        <w:rPr>
          <w:rFonts w:ascii="Corbel" w:hAnsi="Corbel"/>
          <w:lang w:val="fr-FR"/>
        </w:rPr>
      </w:pPr>
      <w:sdt>
        <w:sdtPr>
          <w:rPr>
            <w:rFonts w:ascii="Corbel" w:hAnsi="Corbel"/>
            <w:b/>
            <w:lang w:val="fr-FR"/>
          </w:rPr>
          <w:id w:val="-179898496"/>
          <w14:checkbox>
            <w14:checked w14:val="0"/>
            <w14:checkedState w14:val="2612" w14:font="MS Gothic"/>
            <w14:uncheckedState w14:val="2610" w14:font="MS Gothic"/>
          </w14:checkbox>
        </w:sdtPr>
        <w:sdtContent>
          <w:r w:rsidR="00EB32EA" w:rsidRPr="00BA34D9">
            <w:rPr>
              <w:rFonts w:ascii="Segoe UI Symbol" w:eastAsia="MS Gothic" w:hAnsi="Segoe UI Symbol" w:cs="Segoe UI Symbol"/>
              <w:b/>
              <w:lang w:val="fr-FR"/>
            </w:rPr>
            <w:t>☐</w:t>
          </w:r>
        </w:sdtContent>
      </w:sdt>
      <w:r w:rsidR="00EB32EA" w:rsidRPr="00BA34D9">
        <w:rPr>
          <w:rFonts w:ascii="Corbel" w:hAnsi="Corbel"/>
          <w:b/>
          <w:lang w:val="fr-FR"/>
        </w:rPr>
        <w:t xml:space="preserve"> </w:t>
      </w:r>
      <w:r w:rsidR="007B5BA1" w:rsidRPr="00BA34D9">
        <w:rPr>
          <w:rFonts w:ascii="Corbel" w:hAnsi="Corbel"/>
          <w:b/>
          <w:lang w:val="fr-FR"/>
        </w:rPr>
        <w:t>3</w:t>
      </w:r>
      <w:r w:rsidR="00380BE4" w:rsidRPr="00BA34D9">
        <w:rPr>
          <w:rFonts w:ascii="Corbel" w:hAnsi="Corbel"/>
          <w:b/>
          <w:lang w:val="fr-FR"/>
        </w:rPr>
        <w:t>7</w:t>
      </w:r>
      <w:r w:rsidR="00EB32EA" w:rsidRPr="00BA34D9">
        <w:rPr>
          <w:rFonts w:ascii="Corbel" w:hAnsi="Corbel"/>
          <w:b/>
          <w:lang w:val="fr-FR"/>
        </w:rPr>
        <w:t xml:space="preserve">. </w:t>
      </w:r>
      <w:r w:rsidR="00055988" w:rsidRPr="00BA34D9">
        <w:rPr>
          <w:rFonts w:ascii="Corbel" w:hAnsi="Corbel"/>
          <w:b/>
          <w:lang w:val="fr-FR"/>
        </w:rPr>
        <w:t>Disposez-vous du permis de conduite</w:t>
      </w:r>
      <w:r w:rsidR="00EB32EA" w:rsidRPr="00BA34D9">
        <w:rPr>
          <w:rFonts w:ascii="Corbel" w:hAnsi="Corbel"/>
          <w:b/>
          <w:lang w:val="fr-FR"/>
        </w:rPr>
        <w:t xml:space="preserve"> ?</w:t>
      </w:r>
    </w:p>
    <w:p w14:paraId="2B529C7E" w14:textId="77777777" w:rsidR="00EB32EA" w:rsidRPr="00BA34D9" w:rsidRDefault="00EB32EA" w:rsidP="00EB32EA">
      <w:pPr>
        <w:rPr>
          <w:rFonts w:ascii="Corbel" w:hAnsi="Corbel"/>
          <w:lang w:val="fr-FR"/>
        </w:rPr>
      </w:pPr>
      <w:r w:rsidRPr="00BA34D9">
        <w:rPr>
          <w:rFonts w:ascii="Corbel" w:hAnsi="Corbel"/>
          <w:lang w:val="fr-FR"/>
        </w:rPr>
        <w:t>Commentaires / éléments de réponse :</w:t>
      </w:r>
    </w:p>
    <w:p w14:paraId="4C7D7B48" w14:textId="70865C4D" w:rsidR="00EB32EA" w:rsidRPr="00BA34D9" w:rsidRDefault="00843820" w:rsidP="00EB32EA">
      <w:pPr>
        <w:rPr>
          <w:rFonts w:ascii="Corbel" w:hAnsi="Corbel"/>
          <w:lang w:val="fr-FR"/>
        </w:rPr>
      </w:pPr>
      <w:r w:rsidRPr="00BA34D9">
        <w:rPr>
          <w:rFonts w:ascii="Corbel" w:hAnsi="Corbel"/>
          <w:lang w:val="fr-FR"/>
        </w:rPr>
        <w:t>........................................................................................................................................................................................................................................................................................................</w:t>
      </w:r>
    </w:p>
    <w:p w14:paraId="47B4B02F" w14:textId="6817834F" w:rsidR="00055988" w:rsidRPr="00BA34D9" w:rsidRDefault="00000000" w:rsidP="000331C4">
      <w:pPr>
        <w:jc w:val="both"/>
        <w:rPr>
          <w:rFonts w:ascii="Corbel" w:hAnsi="Corbel"/>
          <w:b/>
          <w:lang w:val="fr-FR"/>
        </w:rPr>
      </w:pPr>
      <w:sdt>
        <w:sdtPr>
          <w:rPr>
            <w:rFonts w:ascii="Corbel" w:hAnsi="Corbel"/>
            <w:b/>
            <w:lang w:val="fr-FR"/>
          </w:rPr>
          <w:id w:val="-1401516620"/>
          <w14:checkbox>
            <w14:checked w14:val="0"/>
            <w14:checkedState w14:val="2612" w14:font="MS Gothic"/>
            <w14:uncheckedState w14:val="2610" w14:font="MS Gothic"/>
          </w14:checkbox>
        </w:sdtPr>
        <w:sdtContent>
          <w:r w:rsidR="00055988" w:rsidRPr="00BA34D9">
            <w:rPr>
              <w:rFonts w:ascii="Segoe UI Symbol" w:eastAsia="MS Gothic" w:hAnsi="Segoe UI Symbol" w:cs="Segoe UI Symbol"/>
              <w:b/>
              <w:lang w:val="fr-FR"/>
            </w:rPr>
            <w:t>☐</w:t>
          </w:r>
        </w:sdtContent>
      </w:sdt>
      <w:r w:rsidR="00055988" w:rsidRPr="00BA34D9">
        <w:rPr>
          <w:rFonts w:ascii="Corbel" w:hAnsi="Corbel"/>
          <w:b/>
          <w:lang w:val="fr-FR"/>
        </w:rPr>
        <w:t xml:space="preserve"> </w:t>
      </w:r>
      <w:r w:rsidR="00174D93" w:rsidRPr="00BA34D9">
        <w:rPr>
          <w:rFonts w:ascii="Corbel" w:hAnsi="Corbel"/>
          <w:b/>
          <w:lang w:val="fr-FR"/>
        </w:rPr>
        <w:t>3</w:t>
      </w:r>
      <w:r w:rsidR="00380BE4" w:rsidRPr="00BA34D9">
        <w:rPr>
          <w:rFonts w:ascii="Corbel" w:hAnsi="Corbel"/>
          <w:b/>
          <w:lang w:val="fr-FR"/>
        </w:rPr>
        <w:t>8</w:t>
      </w:r>
      <w:r w:rsidR="00055988" w:rsidRPr="00BA34D9">
        <w:rPr>
          <w:rFonts w:ascii="Corbel" w:hAnsi="Corbel"/>
          <w:b/>
          <w:lang w:val="fr-FR"/>
        </w:rPr>
        <w:t>. Le poste peut impliquer des déplacements ponctuels à l’étranger (réunions, groupes de travail, formations, etc.), même si cela reste limité. Est-ce compatible avec votre situation personnelle et vos contraintes ?</w:t>
      </w:r>
    </w:p>
    <w:p w14:paraId="79D7DE0D" w14:textId="77777777" w:rsidR="00055988" w:rsidRPr="00BA34D9" w:rsidRDefault="00055988" w:rsidP="00055988">
      <w:pPr>
        <w:rPr>
          <w:rFonts w:ascii="Corbel" w:hAnsi="Corbel"/>
          <w:lang w:val="fr-FR"/>
        </w:rPr>
      </w:pPr>
      <w:r w:rsidRPr="00BA34D9">
        <w:rPr>
          <w:rFonts w:ascii="Corbel" w:hAnsi="Corbel"/>
          <w:lang w:val="fr-FR"/>
        </w:rPr>
        <w:t>Commentaires / éléments de réponse :</w:t>
      </w:r>
    </w:p>
    <w:p w14:paraId="529FF143" w14:textId="479BE5D1" w:rsidR="00055988" w:rsidRPr="00BA34D9" w:rsidRDefault="00843820" w:rsidP="00055988">
      <w:pPr>
        <w:rPr>
          <w:rFonts w:ascii="Corbel" w:hAnsi="Corbel"/>
          <w:lang w:val="fr-FR"/>
        </w:rPr>
      </w:pPr>
      <w:r w:rsidRPr="00BA34D9">
        <w:rPr>
          <w:rFonts w:ascii="Corbel" w:hAnsi="Corbel"/>
          <w:lang w:val="fr-FR"/>
        </w:rPr>
        <w:t>........................................................................................................................................................................................................................................................................................................</w:t>
      </w:r>
    </w:p>
    <w:p w14:paraId="48AEF99B" w14:textId="4C886919" w:rsidR="00F40A98" w:rsidRPr="00BA34D9" w:rsidRDefault="00000000" w:rsidP="000331C4">
      <w:pPr>
        <w:jc w:val="both"/>
        <w:rPr>
          <w:rFonts w:ascii="Corbel" w:hAnsi="Corbel"/>
          <w:b/>
          <w:lang w:val="fr-FR"/>
        </w:rPr>
      </w:pPr>
      <w:sdt>
        <w:sdtPr>
          <w:rPr>
            <w:rFonts w:ascii="Corbel" w:hAnsi="Corbel"/>
            <w:b/>
            <w:lang w:val="fr-FR"/>
          </w:rPr>
          <w:id w:val="-1332211095"/>
          <w14:checkbox>
            <w14:checked w14:val="0"/>
            <w14:checkedState w14:val="2612" w14:font="MS Gothic"/>
            <w14:uncheckedState w14:val="2610" w14:font="MS Gothic"/>
          </w14:checkbox>
        </w:sdtPr>
        <w:sdtContent>
          <w:r w:rsidR="00F40A98" w:rsidRPr="00BA34D9">
            <w:rPr>
              <w:rFonts w:ascii="Segoe UI Symbol" w:eastAsia="MS Gothic" w:hAnsi="Segoe UI Symbol" w:cs="Segoe UI Symbol"/>
              <w:b/>
              <w:lang w:val="fr-FR"/>
            </w:rPr>
            <w:t>☐</w:t>
          </w:r>
        </w:sdtContent>
      </w:sdt>
      <w:r w:rsidR="00F40A98" w:rsidRPr="00BA34D9">
        <w:rPr>
          <w:rFonts w:ascii="Corbel" w:hAnsi="Corbel"/>
          <w:b/>
          <w:lang w:val="fr-FR"/>
        </w:rPr>
        <w:t xml:space="preserve"> </w:t>
      </w:r>
      <w:r w:rsidR="00380BE4" w:rsidRPr="00BA34D9">
        <w:rPr>
          <w:rFonts w:ascii="Corbel" w:hAnsi="Corbel"/>
          <w:b/>
          <w:lang w:val="fr-FR"/>
        </w:rPr>
        <w:t>39</w:t>
      </w:r>
      <w:r w:rsidR="00F40A98" w:rsidRPr="00BA34D9">
        <w:rPr>
          <w:rFonts w:ascii="Corbel" w:hAnsi="Corbel"/>
          <w:b/>
          <w:lang w:val="fr-FR"/>
        </w:rPr>
        <w:t>. Présentation du lieu de travail, organisation du temps de travail (TPO, télétravail, permanence, etc.).</w:t>
      </w:r>
    </w:p>
    <w:p w14:paraId="7BAA8D7D" w14:textId="77777777" w:rsidR="00F40A98" w:rsidRPr="00BA34D9" w:rsidRDefault="00F40A98" w:rsidP="00F40A98">
      <w:pPr>
        <w:rPr>
          <w:rFonts w:ascii="Corbel" w:hAnsi="Corbel"/>
          <w:lang w:val="fr-FR"/>
        </w:rPr>
      </w:pPr>
      <w:r w:rsidRPr="00BA34D9">
        <w:rPr>
          <w:rFonts w:ascii="Corbel" w:hAnsi="Corbel"/>
          <w:lang w:val="fr-FR"/>
        </w:rPr>
        <w:t>Commentaires / éléments de réponse :</w:t>
      </w:r>
    </w:p>
    <w:p w14:paraId="6349475E" w14:textId="36C48938" w:rsidR="00F40A98" w:rsidRPr="00BA34D9" w:rsidRDefault="00843820" w:rsidP="00F40A98">
      <w:pPr>
        <w:rPr>
          <w:rFonts w:ascii="Corbel" w:hAnsi="Corbel"/>
          <w:lang w:val="fr-FR"/>
        </w:rPr>
      </w:pPr>
      <w:r w:rsidRPr="00BA34D9">
        <w:rPr>
          <w:rFonts w:ascii="Corbel" w:hAnsi="Corbel"/>
          <w:lang w:val="fr-FR"/>
        </w:rPr>
        <w:t>........................................................................................................................................................................................................................................................................................................</w:t>
      </w:r>
    </w:p>
    <w:p w14:paraId="3A91E2F2" w14:textId="5B1C017D" w:rsidR="0046521F" w:rsidRPr="00BA34D9" w:rsidRDefault="00000000" w:rsidP="000331C4">
      <w:pPr>
        <w:jc w:val="both"/>
        <w:rPr>
          <w:rFonts w:ascii="Corbel" w:hAnsi="Corbel"/>
          <w:b/>
          <w:lang w:val="fr-FR"/>
        </w:rPr>
      </w:pPr>
      <w:sdt>
        <w:sdtPr>
          <w:rPr>
            <w:rFonts w:ascii="Corbel" w:hAnsi="Corbel"/>
            <w:b/>
            <w:lang w:val="fr-FR"/>
          </w:rPr>
          <w:id w:val="364484333"/>
          <w14:checkbox>
            <w14:checked w14:val="0"/>
            <w14:checkedState w14:val="2612" w14:font="MS Gothic"/>
            <w14:uncheckedState w14:val="2610" w14:font="MS Gothic"/>
          </w14:checkbox>
        </w:sdtPr>
        <w:sdtContent>
          <w:r w:rsidR="0046521F" w:rsidRPr="00BA34D9">
            <w:rPr>
              <w:rFonts w:ascii="Segoe UI Symbol" w:eastAsia="MS Gothic" w:hAnsi="Segoe UI Symbol" w:cs="Segoe UI Symbol"/>
              <w:b/>
              <w:lang w:val="fr-FR"/>
            </w:rPr>
            <w:t>☐</w:t>
          </w:r>
        </w:sdtContent>
      </w:sdt>
      <w:r w:rsidR="0046521F" w:rsidRPr="00BA34D9">
        <w:rPr>
          <w:rFonts w:ascii="Corbel" w:hAnsi="Corbel"/>
          <w:b/>
          <w:lang w:val="fr-FR"/>
        </w:rPr>
        <w:t xml:space="preserve"> 4</w:t>
      </w:r>
      <w:r w:rsidR="001454A8" w:rsidRPr="00BA34D9">
        <w:rPr>
          <w:rFonts w:ascii="Corbel" w:hAnsi="Corbel"/>
          <w:b/>
          <w:lang w:val="fr-FR"/>
        </w:rPr>
        <w:t>0</w:t>
      </w:r>
      <w:r w:rsidR="0046521F" w:rsidRPr="00BA34D9">
        <w:rPr>
          <w:rFonts w:ascii="Corbel" w:hAnsi="Corbel"/>
          <w:b/>
          <w:lang w:val="fr-FR"/>
        </w:rPr>
        <w:t>.Explication sur le processus de recrutement.</w:t>
      </w:r>
    </w:p>
    <w:p w14:paraId="09BC1EA8" w14:textId="77777777" w:rsidR="0046521F" w:rsidRPr="00BA34D9" w:rsidRDefault="0046521F" w:rsidP="0046521F">
      <w:pPr>
        <w:rPr>
          <w:rFonts w:ascii="Corbel" w:hAnsi="Corbel"/>
          <w:lang w:val="fr-FR"/>
        </w:rPr>
      </w:pPr>
      <w:r w:rsidRPr="00BA34D9">
        <w:rPr>
          <w:rFonts w:ascii="Corbel" w:hAnsi="Corbel"/>
          <w:lang w:val="fr-FR"/>
        </w:rPr>
        <w:t>Commentaires / éléments de réponse :</w:t>
      </w:r>
    </w:p>
    <w:p w14:paraId="7FA03F09" w14:textId="677FCA3F" w:rsidR="0046521F" w:rsidRPr="00BA34D9" w:rsidRDefault="00843820" w:rsidP="0046521F">
      <w:pPr>
        <w:rPr>
          <w:rFonts w:ascii="Corbel" w:hAnsi="Corbel"/>
          <w:lang w:val="fr-FR"/>
        </w:rPr>
      </w:pPr>
      <w:r w:rsidRPr="00BA34D9">
        <w:rPr>
          <w:rFonts w:ascii="Corbel" w:hAnsi="Corbel"/>
          <w:lang w:val="fr-FR"/>
        </w:rPr>
        <w:t>........................................................................................................................................................................................................................................................................................................</w:t>
      </w:r>
    </w:p>
    <w:p w14:paraId="7F61907B" w14:textId="77777777" w:rsidR="00F40A98" w:rsidRDefault="00F40A98" w:rsidP="00526961">
      <w:pPr>
        <w:rPr>
          <w:rFonts w:ascii="Corbel" w:hAnsi="Corbel"/>
          <w:lang w:val="fr-FR"/>
        </w:rPr>
      </w:pPr>
    </w:p>
    <w:p w14:paraId="0AD9E29A" w14:textId="77777777" w:rsidR="00B72300" w:rsidRDefault="00B72300" w:rsidP="00526961">
      <w:pPr>
        <w:rPr>
          <w:rFonts w:ascii="Corbel" w:hAnsi="Corbel"/>
          <w:lang w:val="fr-FR"/>
        </w:rPr>
      </w:pPr>
    </w:p>
    <w:p w14:paraId="43FA9045" w14:textId="77777777" w:rsidR="00B72300" w:rsidRDefault="00B72300" w:rsidP="00526961">
      <w:pPr>
        <w:rPr>
          <w:rFonts w:ascii="Corbel" w:hAnsi="Corbel"/>
          <w:lang w:val="fr-FR"/>
        </w:rPr>
      </w:pPr>
    </w:p>
    <w:p w14:paraId="15BCBD3F" w14:textId="77777777" w:rsidR="000331C4" w:rsidRDefault="000331C4" w:rsidP="00526961">
      <w:pPr>
        <w:rPr>
          <w:rFonts w:ascii="Corbel" w:hAnsi="Corbel"/>
          <w:lang w:val="fr-FR"/>
        </w:rPr>
      </w:pPr>
    </w:p>
    <w:p w14:paraId="27009CEB" w14:textId="77777777" w:rsidR="000331C4" w:rsidRDefault="000331C4" w:rsidP="00526961">
      <w:pPr>
        <w:rPr>
          <w:rFonts w:ascii="Corbel" w:hAnsi="Corbel"/>
          <w:lang w:val="fr-FR"/>
        </w:rPr>
      </w:pPr>
    </w:p>
    <w:p w14:paraId="0F22F291" w14:textId="77777777" w:rsidR="000331C4" w:rsidRDefault="000331C4" w:rsidP="00526961">
      <w:pPr>
        <w:rPr>
          <w:rFonts w:ascii="Corbel" w:hAnsi="Corbel"/>
          <w:lang w:val="fr-FR"/>
        </w:rPr>
      </w:pPr>
    </w:p>
    <w:p w14:paraId="522D68E1" w14:textId="77777777" w:rsidR="000331C4" w:rsidRDefault="000331C4" w:rsidP="00526961">
      <w:pPr>
        <w:rPr>
          <w:rFonts w:ascii="Corbel" w:hAnsi="Corbel"/>
          <w:lang w:val="fr-FR"/>
        </w:rPr>
      </w:pPr>
    </w:p>
    <w:p w14:paraId="312B85EB" w14:textId="77777777" w:rsidR="00B72300" w:rsidRPr="00BA34D9" w:rsidRDefault="00B72300" w:rsidP="00526961">
      <w:pPr>
        <w:rPr>
          <w:rFonts w:ascii="Corbel" w:hAnsi="Corbel"/>
          <w:lang w:val="fr-FR"/>
        </w:rPr>
      </w:pPr>
    </w:p>
    <w:p w14:paraId="331A5302" w14:textId="13EF378A" w:rsidR="00953807" w:rsidRDefault="00013607" w:rsidP="00953807">
      <w:pPr>
        <w:pStyle w:val="Heading2"/>
        <w:rPr>
          <w:rFonts w:ascii="Corbel" w:hAnsi="Corbel"/>
          <w:lang w:val="fr-FR"/>
        </w:rPr>
      </w:pPr>
      <w:r w:rsidRPr="00BA34D9">
        <w:rPr>
          <w:rFonts w:ascii="Corbel" w:hAnsi="Corbel"/>
          <w:lang w:val="fr-FR"/>
        </w:rPr>
        <w:t>Synthèse de l’entretien</w:t>
      </w:r>
    </w:p>
    <w:p w14:paraId="384DE4DE" w14:textId="77777777" w:rsidR="00953807" w:rsidRPr="00953807" w:rsidRDefault="00953807" w:rsidP="00953807">
      <w:pPr>
        <w:rPr>
          <w:lang w:val="fr-FR"/>
        </w:rPr>
      </w:pPr>
    </w:p>
    <w:p w14:paraId="6B8908A7" w14:textId="77777777" w:rsidR="00AB1031" w:rsidRPr="00BA34D9" w:rsidRDefault="00013607">
      <w:pPr>
        <w:rPr>
          <w:rFonts w:ascii="Corbel" w:hAnsi="Corbel"/>
          <w:lang w:val="fr-FR"/>
        </w:rPr>
      </w:pPr>
      <w:r w:rsidRPr="00BA34D9">
        <w:rPr>
          <w:rFonts w:ascii="Corbel" w:hAnsi="Corbel"/>
          <w:lang w:val="fr-FR"/>
        </w:rPr>
        <w:t>Forces identifiées :</w:t>
      </w:r>
    </w:p>
    <w:p w14:paraId="1ABA6DFB" w14:textId="169D803D" w:rsidR="003F4253" w:rsidRPr="00BA34D9" w:rsidRDefault="00843820" w:rsidP="003F4253">
      <w:pPr>
        <w:rPr>
          <w:rFonts w:ascii="Corbel" w:hAnsi="Corbel"/>
          <w:lang w:val="fr-FR"/>
        </w:rPr>
      </w:pPr>
      <w:r w:rsidRPr="00BA34D9">
        <w:rPr>
          <w:rFonts w:ascii="Corbel" w:hAnsi="Corbel"/>
          <w:lang w:val="fr-FR"/>
        </w:rPr>
        <w:t>........................................................................................................................................................................................................................................................................................................</w:t>
      </w:r>
    </w:p>
    <w:p w14:paraId="0153E11A" w14:textId="77777777" w:rsidR="00AB1031" w:rsidRPr="00BA34D9" w:rsidRDefault="00013607">
      <w:pPr>
        <w:rPr>
          <w:rFonts w:ascii="Corbel" w:hAnsi="Corbel"/>
          <w:lang w:val="fr-FR"/>
        </w:rPr>
      </w:pPr>
      <w:r w:rsidRPr="00BA34D9">
        <w:rPr>
          <w:rFonts w:ascii="Corbel" w:hAnsi="Corbel"/>
          <w:lang w:val="fr-FR"/>
        </w:rPr>
        <w:t>Points de vigilance / axes de développement :</w:t>
      </w:r>
    </w:p>
    <w:p w14:paraId="68E8EA40" w14:textId="3CA2F1CC" w:rsidR="003F4253" w:rsidRPr="00BA34D9" w:rsidRDefault="00843820" w:rsidP="003F4253">
      <w:pPr>
        <w:rPr>
          <w:rFonts w:ascii="Corbel" w:hAnsi="Corbel"/>
          <w:lang w:val="fr-FR"/>
        </w:rPr>
      </w:pPr>
      <w:r w:rsidRPr="00BA34D9">
        <w:rPr>
          <w:rFonts w:ascii="Corbel" w:hAnsi="Corbel"/>
          <w:lang w:val="fr-FR"/>
        </w:rPr>
        <w:t>........................................................................................................................................................................................................................................................................................................</w:t>
      </w:r>
    </w:p>
    <w:p w14:paraId="5D086EC0" w14:textId="77777777" w:rsidR="00AB1031" w:rsidRPr="00BA34D9" w:rsidRDefault="00013607">
      <w:pPr>
        <w:rPr>
          <w:rFonts w:ascii="Corbel" w:hAnsi="Corbel"/>
          <w:lang w:val="fr-FR"/>
        </w:rPr>
      </w:pPr>
      <w:r w:rsidRPr="00BA34D9">
        <w:rPr>
          <w:rFonts w:ascii="Corbel" w:hAnsi="Corbel"/>
          <w:lang w:val="fr-FR"/>
        </w:rPr>
        <w:t>Adéquation globale au poste :</w:t>
      </w:r>
    </w:p>
    <w:p w14:paraId="33DAE5C8" w14:textId="20E968A5" w:rsidR="003F4253" w:rsidRPr="00BA34D9" w:rsidRDefault="00843820" w:rsidP="003F4253">
      <w:pPr>
        <w:rPr>
          <w:rFonts w:ascii="Corbel" w:hAnsi="Corbel"/>
          <w:lang w:val="fr-FR"/>
        </w:rPr>
      </w:pPr>
      <w:r w:rsidRPr="00BA34D9">
        <w:rPr>
          <w:rFonts w:ascii="Corbel" w:hAnsi="Corbel"/>
          <w:lang w:val="fr-FR"/>
        </w:rPr>
        <w:t>........................................................................................................................................................................................................................................................................................................</w:t>
      </w:r>
    </w:p>
    <w:p w14:paraId="48F7BB72" w14:textId="77777777" w:rsidR="00AB1031" w:rsidRPr="00BA34D9" w:rsidRDefault="00013607">
      <w:pPr>
        <w:rPr>
          <w:rFonts w:ascii="Corbel" w:hAnsi="Corbel"/>
          <w:lang w:val="fr-FR"/>
        </w:rPr>
      </w:pPr>
      <w:r w:rsidRPr="00BA34D9">
        <w:rPr>
          <w:rFonts w:ascii="Corbel" w:hAnsi="Corbel"/>
          <w:lang w:val="fr-FR"/>
        </w:rPr>
        <w:t>Recommandation des intervieweurs :</w:t>
      </w:r>
    </w:p>
    <w:p w14:paraId="0213AD73" w14:textId="47F0CFE7" w:rsidR="003F4253" w:rsidRPr="00BA34D9" w:rsidRDefault="00843820" w:rsidP="003F4253">
      <w:pPr>
        <w:rPr>
          <w:rFonts w:ascii="Corbel" w:hAnsi="Corbel"/>
          <w:lang w:val="fr-FR"/>
        </w:rPr>
      </w:pPr>
      <w:r w:rsidRPr="00BA34D9">
        <w:rPr>
          <w:rFonts w:ascii="Corbel" w:hAnsi="Corbel"/>
          <w:lang w:val="fr-FR"/>
        </w:rPr>
        <w:t>........................................................................................................................................................................................................................................................................................................</w:t>
      </w:r>
    </w:p>
    <w:p w14:paraId="4780C9B9" w14:textId="7D43CF9F" w:rsidR="00AB1031" w:rsidRPr="00BA34D9" w:rsidRDefault="00000000">
      <w:pPr>
        <w:rPr>
          <w:rFonts w:ascii="Corbel" w:hAnsi="Corbel"/>
          <w:lang w:val="fr-FR"/>
        </w:rPr>
      </w:pPr>
      <w:sdt>
        <w:sdtPr>
          <w:rPr>
            <w:rFonts w:ascii="Corbel" w:hAnsi="Corbel"/>
            <w:lang w:val="fr-FR"/>
          </w:rPr>
          <w:id w:val="-359202171"/>
          <w14:checkbox>
            <w14:checked w14:val="0"/>
            <w14:checkedState w14:val="2612" w14:font="MS Gothic"/>
            <w14:uncheckedState w14:val="2610" w14:font="MS Gothic"/>
          </w14:checkbox>
        </w:sdtPr>
        <w:sdtContent>
          <w:r w:rsidR="003C45F3" w:rsidRPr="00BA34D9">
            <w:rPr>
              <w:rFonts w:ascii="Segoe UI Symbol" w:eastAsia="MS Gothic" w:hAnsi="Segoe UI Symbol" w:cs="Segoe UI Symbol"/>
              <w:lang w:val="fr-FR"/>
            </w:rPr>
            <w:t>☐</w:t>
          </w:r>
        </w:sdtContent>
      </w:sdt>
      <w:r w:rsidR="00013607" w:rsidRPr="00BA34D9">
        <w:rPr>
          <w:rFonts w:ascii="Corbel" w:hAnsi="Corbel"/>
          <w:lang w:val="fr-FR"/>
        </w:rPr>
        <w:t xml:space="preserve"> Avis très favorable</w:t>
      </w:r>
    </w:p>
    <w:p w14:paraId="32C7ABE7" w14:textId="3650E9CA" w:rsidR="00AB1031" w:rsidRPr="00BA34D9" w:rsidRDefault="00000000">
      <w:pPr>
        <w:rPr>
          <w:rFonts w:ascii="Corbel" w:hAnsi="Corbel"/>
          <w:lang w:val="fr-FR"/>
        </w:rPr>
      </w:pPr>
      <w:sdt>
        <w:sdtPr>
          <w:rPr>
            <w:rFonts w:ascii="Corbel" w:hAnsi="Corbel"/>
            <w:lang w:val="fr-FR"/>
          </w:rPr>
          <w:id w:val="547344487"/>
          <w14:checkbox>
            <w14:checked w14:val="0"/>
            <w14:checkedState w14:val="2612" w14:font="MS Gothic"/>
            <w14:uncheckedState w14:val="2610" w14:font="MS Gothic"/>
          </w14:checkbox>
        </w:sdtPr>
        <w:sdtContent>
          <w:r w:rsidR="003C45F3" w:rsidRPr="00BA34D9">
            <w:rPr>
              <w:rFonts w:ascii="Segoe UI Symbol" w:eastAsia="MS Gothic" w:hAnsi="Segoe UI Symbol" w:cs="Segoe UI Symbol"/>
              <w:lang w:val="fr-FR"/>
            </w:rPr>
            <w:t>☐</w:t>
          </w:r>
        </w:sdtContent>
      </w:sdt>
      <w:r w:rsidR="00013607" w:rsidRPr="00BA34D9">
        <w:rPr>
          <w:rFonts w:ascii="Corbel" w:hAnsi="Corbel"/>
          <w:lang w:val="fr-FR"/>
        </w:rPr>
        <w:t xml:space="preserve"> Avis favorable</w:t>
      </w:r>
    </w:p>
    <w:p w14:paraId="311A93C3" w14:textId="7DA2C2D7" w:rsidR="00AB1031" w:rsidRPr="00BA34D9" w:rsidRDefault="00000000">
      <w:pPr>
        <w:rPr>
          <w:rFonts w:ascii="Corbel" w:hAnsi="Corbel"/>
          <w:lang w:val="fr-FR"/>
        </w:rPr>
      </w:pPr>
      <w:sdt>
        <w:sdtPr>
          <w:rPr>
            <w:rFonts w:ascii="Corbel" w:hAnsi="Corbel"/>
            <w:lang w:val="fr-FR"/>
          </w:rPr>
          <w:id w:val="-1518764705"/>
          <w14:checkbox>
            <w14:checked w14:val="0"/>
            <w14:checkedState w14:val="2612" w14:font="MS Gothic"/>
            <w14:uncheckedState w14:val="2610" w14:font="MS Gothic"/>
          </w14:checkbox>
        </w:sdtPr>
        <w:sdtContent>
          <w:r w:rsidR="003C45F3" w:rsidRPr="00BA34D9">
            <w:rPr>
              <w:rFonts w:ascii="Segoe UI Symbol" w:eastAsia="MS Gothic" w:hAnsi="Segoe UI Symbol" w:cs="Segoe UI Symbol"/>
              <w:lang w:val="fr-FR"/>
            </w:rPr>
            <w:t>☐</w:t>
          </w:r>
        </w:sdtContent>
      </w:sdt>
      <w:r w:rsidR="00013607" w:rsidRPr="00BA34D9">
        <w:rPr>
          <w:rFonts w:ascii="Corbel" w:hAnsi="Corbel"/>
          <w:lang w:val="fr-FR"/>
        </w:rPr>
        <w:t xml:space="preserve"> Avis réservé</w:t>
      </w:r>
    </w:p>
    <w:p w14:paraId="63A36752" w14:textId="2D38A0AA" w:rsidR="00AB1031" w:rsidRPr="00BA34D9" w:rsidRDefault="00000000">
      <w:pPr>
        <w:rPr>
          <w:rFonts w:ascii="Corbel" w:hAnsi="Corbel"/>
          <w:lang w:val="fr-FR"/>
        </w:rPr>
      </w:pPr>
      <w:sdt>
        <w:sdtPr>
          <w:rPr>
            <w:rFonts w:ascii="Corbel" w:hAnsi="Corbel"/>
            <w:lang w:val="fr-FR"/>
          </w:rPr>
          <w:id w:val="-1258058571"/>
          <w14:checkbox>
            <w14:checked w14:val="0"/>
            <w14:checkedState w14:val="2612" w14:font="MS Gothic"/>
            <w14:uncheckedState w14:val="2610" w14:font="MS Gothic"/>
          </w14:checkbox>
        </w:sdtPr>
        <w:sdtContent>
          <w:r w:rsidR="003C45F3" w:rsidRPr="00BA34D9">
            <w:rPr>
              <w:rFonts w:ascii="Segoe UI Symbol" w:eastAsia="MS Gothic" w:hAnsi="Segoe UI Symbol" w:cs="Segoe UI Symbol"/>
              <w:lang w:val="fr-FR"/>
            </w:rPr>
            <w:t>☐</w:t>
          </w:r>
        </w:sdtContent>
      </w:sdt>
      <w:r w:rsidR="00013607" w:rsidRPr="00BA34D9">
        <w:rPr>
          <w:rFonts w:ascii="Corbel" w:hAnsi="Corbel"/>
          <w:lang w:val="fr-FR"/>
        </w:rPr>
        <w:t xml:space="preserve"> Avis défavorable</w:t>
      </w:r>
    </w:p>
    <w:p w14:paraId="0EBF9992" w14:textId="77777777" w:rsidR="00AB1031" w:rsidRPr="00BA34D9" w:rsidRDefault="00013607">
      <w:pPr>
        <w:rPr>
          <w:rFonts w:ascii="Corbel" w:hAnsi="Corbel"/>
          <w:lang w:val="fr-FR"/>
        </w:rPr>
      </w:pPr>
      <w:r w:rsidRPr="00BA34D9">
        <w:rPr>
          <w:rFonts w:ascii="Corbel" w:hAnsi="Corbel"/>
          <w:lang w:val="fr-FR"/>
        </w:rPr>
        <w:t>Commentaires supplémentaires :</w:t>
      </w:r>
    </w:p>
    <w:p w14:paraId="148338FB" w14:textId="6F29ACC6" w:rsidR="003F4253" w:rsidRPr="00BA34D9" w:rsidRDefault="00843820" w:rsidP="003F4253">
      <w:pPr>
        <w:rPr>
          <w:rFonts w:ascii="Corbel" w:hAnsi="Corbel"/>
          <w:lang w:val="fr-FR"/>
        </w:rPr>
      </w:pPr>
      <w:r w:rsidRPr="00BA34D9">
        <w:rPr>
          <w:rFonts w:ascii="Corbel" w:hAnsi="Corbel"/>
          <w:lang w:val="fr-FR"/>
        </w:rPr>
        <w:t>..............................................................................................................................................................................................................................................................................</w:t>
      </w:r>
      <w:r w:rsidR="00EE239C">
        <w:rPr>
          <w:rFonts w:ascii="Corbel" w:hAnsi="Corbel"/>
          <w:lang w:val="fr-FR"/>
        </w:rPr>
        <w:t>.</w:t>
      </w:r>
      <w:r w:rsidRPr="00BA34D9">
        <w:rPr>
          <w:rFonts w:ascii="Corbel" w:hAnsi="Corbel"/>
          <w:lang w:val="fr-FR"/>
        </w:rPr>
        <w:t>.........................</w:t>
      </w:r>
    </w:p>
    <w:p w14:paraId="49CFCA52" w14:textId="47F1CFBF" w:rsidR="00AB1031" w:rsidRPr="00BA34D9" w:rsidRDefault="00AB1031" w:rsidP="003F4253">
      <w:pPr>
        <w:rPr>
          <w:rFonts w:ascii="Corbel" w:hAnsi="Corbel"/>
          <w:lang w:val="fr-FR"/>
        </w:rPr>
      </w:pPr>
    </w:p>
    <w:sectPr w:rsidR="00AB1031" w:rsidRPr="00BA34D9" w:rsidSect="00034616">
      <w:headerReference w:type="default" r:id="rId14"/>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9E691C" w14:textId="77777777" w:rsidR="00E97584" w:rsidRDefault="00E97584" w:rsidP="00BA34D9">
      <w:pPr>
        <w:spacing w:after="0" w:line="240" w:lineRule="auto"/>
      </w:pPr>
      <w:r>
        <w:separator/>
      </w:r>
    </w:p>
  </w:endnote>
  <w:endnote w:type="continuationSeparator" w:id="0">
    <w:p w14:paraId="7C36CE65" w14:textId="77777777" w:rsidR="00E97584" w:rsidRDefault="00E97584" w:rsidP="00BA34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Corbel">
    <w:panose1 w:val="020B0503020204020204"/>
    <w:charset w:val="00"/>
    <w:family w:val="swiss"/>
    <w:pitch w:val="variable"/>
    <w:sig w:usb0="A00002EF" w:usb1="4000A44B"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E90A23" w14:textId="77777777" w:rsidR="00E97584" w:rsidRDefault="00E97584" w:rsidP="00BA34D9">
      <w:pPr>
        <w:spacing w:after="0" w:line="240" w:lineRule="auto"/>
      </w:pPr>
      <w:r>
        <w:separator/>
      </w:r>
    </w:p>
  </w:footnote>
  <w:footnote w:type="continuationSeparator" w:id="0">
    <w:p w14:paraId="3DEB6CF5" w14:textId="77777777" w:rsidR="00E97584" w:rsidRDefault="00E97584" w:rsidP="00BA34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5E803" w14:textId="5752B188" w:rsidR="00BA34D9" w:rsidRDefault="00BA34D9">
    <w:pPr>
      <w:pStyle w:val="Header"/>
    </w:pPr>
    <w:r>
      <w:rPr>
        <w:noProof/>
      </w:rPr>
      <w:drawing>
        <wp:inline distT="0" distB="0" distL="0" distR="0" wp14:anchorId="1A719A4F" wp14:editId="13398266">
          <wp:extent cx="2934000" cy="1158601"/>
          <wp:effectExtent l="0" t="0" r="0" b="3810"/>
          <wp:docPr id="1" name="Picture 1" descr="GOUV_SI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OUV_SIP"/>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34000" cy="1158601"/>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FC8303B"/>
    <w:multiLevelType w:val="hybridMultilevel"/>
    <w:tmpl w:val="08EC85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CC61F42"/>
    <w:multiLevelType w:val="hybridMultilevel"/>
    <w:tmpl w:val="CA42FE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2CE3BFD"/>
    <w:multiLevelType w:val="hybridMultilevel"/>
    <w:tmpl w:val="B0AAF93E"/>
    <w:lvl w:ilvl="0" w:tplc="D298B7AC">
      <w:start w:val="11"/>
      <w:numFmt w:val="bullet"/>
      <w:lvlText w:val="-"/>
      <w:lvlJc w:val="left"/>
      <w:pPr>
        <w:ind w:left="720" w:hanging="36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B622439"/>
    <w:multiLevelType w:val="hybridMultilevel"/>
    <w:tmpl w:val="107E05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96899325">
    <w:abstractNumId w:val="8"/>
  </w:num>
  <w:num w:numId="2" w16cid:durableId="311718115">
    <w:abstractNumId w:val="6"/>
  </w:num>
  <w:num w:numId="3" w16cid:durableId="1616139144">
    <w:abstractNumId w:val="5"/>
  </w:num>
  <w:num w:numId="4" w16cid:durableId="1348678515">
    <w:abstractNumId w:val="4"/>
  </w:num>
  <w:num w:numId="5" w16cid:durableId="378405353">
    <w:abstractNumId w:val="7"/>
  </w:num>
  <w:num w:numId="6" w16cid:durableId="1009679447">
    <w:abstractNumId w:val="3"/>
  </w:num>
  <w:num w:numId="7" w16cid:durableId="825436967">
    <w:abstractNumId w:val="2"/>
  </w:num>
  <w:num w:numId="8" w16cid:durableId="2106530623">
    <w:abstractNumId w:val="1"/>
  </w:num>
  <w:num w:numId="9" w16cid:durableId="144049560">
    <w:abstractNumId w:val="0"/>
  </w:num>
  <w:num w:numId="10" w16cid:durableId="1287392145">
    <w:abstractNumId w:val="11"/>
  </w:num>
  <w:num w:numId="11" w16cid:durableId="1646817749">
    <w:abstractNumId w:val="10"/>
  </w:num>
  <w:num w:numId="12" w16cid:durableId="1599873863">
    <w:abstractNumId w:val="9"/>
  </w:num>
  <w:num w:numId="13" w16cid:durableId="109860394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3607"/>
    <w:rsid w:val="000331C4"/>
    <w:rsid w:val="00034616"/>
    <w:rsid w:val="00034731"/>
    <w:rsid w:val="0004252E"/>
    <w:rsid w:val="00044FF2"/>
    <w:rsid w:val="00055988"/>
    <w:rsid w:val="0006063C"/>
    <w:rsid w:val="000705BF"/>
    <w:rsid w:val="000A3BE2"/>
    <w:rsid w:val="000A5E89"/>
    <w:rsid w:val="000B47DC"/>
    <w:rsid w:val="000C5F33"/>
    <w:rsid w:val="000C6088"/>
    <w:rsid w:val="000F259E"/>
    <w:rsid w:val="000F480A"/>
    <w:rsid w:val="00113D19"/>
    <w:rsid w:val="0012162F"/>
    <w:rsid w:val="00133F37"/>
    <w:rsid w:val="001454A8"/>
    <w:rsid w:val="0015074B"/>
    <w:rsid w:val="00174D93"/>
    <w:rsid w:val="001761AE"/>
    <w:rsid w:val="001916CF"/>
    <w:rsid w:val="00197A8F"/>
    <w:rsid w:val="001C149A"/>
    <w:rsid w:val="001C3992"/>
    <w:rsid w:val="00221D47"/>
    <w:rsid w:val="00253BE0"/>
    <w:rsid w:val="002628DF"/>
    <w:rsid w:val="002705AD"/>
    <w:rsid w:val="002724D3"/>
    <w:rsid w:val="002758D5"/>
    <w:rsid w:val="00275C36"/>
    <w:rsid w:val="0028025D"/>
    <w:rsid w:val="00286874"/>
    <w:rsid w:val="00292AC8"/>
    <w:rsid w:val="0029639D"/>
    <w:rsid w:val="002D3C56"/>
    <w:rsid w:val="002F0336"/>
    <w:rsid w:val="002F2A60"/>
    <w:rsid w:val="00301070"/>
    <w:rsid w:val="00326F90"/>
    <w:rsid w:val="00337D09"/>
    <w:rsid w:val="00346E12"/>
    <w:rsid w:val="00363904"/>
    <w:rsid w:val="0037010B"/>
    <w:rsid w:val="00380BE4"/>
    <w:rsid w:val="00387E99"/>
    <w:rsid w:val="00392F9B"/>
    <w:rsid w:val="003A124D"/>
    <w:rsid w:val="003A7962"/>
    <w:rsid w:val="003C45F3"/>
    <w:rsid w:val="003F4253"/>
    <w:rsid w:val="00402B42"/>
    <w:rsid w:val="00424485"/>
    <w:rsid w:val="0042574F"/>
    <w:rsid w:val="00427A44"/>
    <w:rsid w:val="00430312"/>
    <w:rsid w:val="004501D6"/>
    <w:rsid w:val="00457C6E"/>
    <w:rsid w:val="00463319"/>
    <w:rsid w:val="00463879"/>
    <w:rsid w:val="0046521F"/>
    <w:rsid w:val="00473937"/>
    <w:rsid w:val="00493A19"/>
    <w:rsid w:val="004C0D64"/>
    <w:rsid w:val="004C209A"/>
    <w:rsid w:val="004D7C2F"/>
    <w:rsid w:val="004F6CDB"/>
    <w:rsid w:val="0050080B"/>
    <w:rsid w:val="00510AA5"/>
    <w:rsid w:val="00510F18"/>
    <w:rsid w:val="00511468"/>
    <w:rsid w:val="00523D8F"/>
    <w:rsid w:val="00525348"/>
    <w:rsid w:val="00526961"/>
    <w:rsid w:val="005324E3"/>
    <w:rsid w:val="00537392"/>
    <w:rsid w:val="00543102"/>
    <w:rsid w:val="0056232A"/>
    <w:rsid w:val="0057553B"/>
    <w:rsid w:val="005951F7"/>
    <w:rsid w:val="005C1079"/>
    <w:rsid w:val="005E4EFF"/>
    <w:rsid w:val="00601444"/>
    <w:rsid w:val="00604725"/>
    <w:rsid w:val="00661025"/>
    <w:rsid w:val="00692F23"/>
    <w:rsid w:val="006A3F22"/>
    <w:rsid w:val="006E0DCA"/>
    <w:rsid w:val="006E3209"/>
    <w:rsid w:val="006F6F6A"/>
    <w:rsid w:val="00724528"/>
    <w:rsid w:val="007527E3"/>
    <w:rsid w:val="00783D00"/>
    <w:rsid w:val="0079752C"/>
    <w:rsid w:val="007B5BA1"/>
    <w:rsid w:val="007D1A05"/>
    <w:rsid w:val="007D63B7"/>
    <w:rsid w:val="007E016F"/>
    <w:rsid w:val="00804BBC"/>
    <w:rsid w:val="00811118"/>
    <w:rsid w:val="00821225"/>
    <w:rsid w:val="00824190"/>
    <w:rsid w:val="00827DDC"/>
    <w:rsid w:val="00830229"/>
    <w:rsid w:val="00835E67"/>
    <w:rsid w:val="00843820"/>
    <w:rsid w:val="0088336B"/>
    <w:rsid w:val="00892DBE"/>
    <w:rsid w:val="008A37BD"/>
    <w:rsid w:val="008C025A"/>
    <w:rsid w:val="008C4F36"/>
    <w:rsid w:val="008F02E0"/>
    <w:rsid w:val="00911303"/>
    <w:rsid w:val="00925264"/>
    <w:rsid w:val="00930934"/>
    <w:rsid w:val="009525F9"/>
    <w:rsid w:val="00953807"/>
    <w:rsid w:val="00967A68"/>
    <w:rsid w:val="00977BD1"/>
    <w:rsid w:val="009945F1"/>
    <w:rsid w:val="009B4317"/>
    <w:rsid w:val="009C22DB"/>
    <w:rsid w:val="00A06B5E"/>
    <w:rsid w:val="00A10522"/>
    <w:rsid w:val="00A167DA"/>
    <w:rsid w:val="00A208F9"/>
    <w:rsid w:val="00A76139"/>
    <w:rsid w:val="00A877E3"/>
    <w:rsid w:val="00AA0A28"/>
    <w:rsid w:val="00AA1D8D"/>
    <w:rsid w:val="00AB1031"/>
    <w:rsid w:val="00AB2867"/>
    <w:rsid w:val="00B13C38"/>
    <w:rsid w:val="00B212E8"/>
    <w:rsid w:val="00B23FC2"/>
    <w:rsid w:val="00B35F0E"/>
    <w:rsid w:val="00B47730"/>
    <w:rsid w:val="00B511F6"/>
    <w:rsid w:val="00B57BB3"/>
    <w:rsid w:val="00B72300"/>
    <w:rsid w:val="00BA34D9"/>
    <w:rsid w:val="00BA77E2"/>
    <w:rsid w:val="00BB176A"/>
    <w:rsid w:val="00BB38BA"/>
    <w:rsid w:val="00C017CE"/>
    <w:rsid w:val="00C202CB"/>
    <w:rsid w:val="00C206DF"/>
    <w:rsid w:val="00C4145C"/>
    <w:rsid w:val="00C671B7"/>
    <w:rsid w:val="00C74285"/>
    <w:rsid w:val="00CA1496"/>
    <w:rsid w:val="00CB0664"/>
    <w:rsid w:val="00CB40E0"/>
    <w:rsid w:val="00CF25D9"/>
    <w:rsid w:val="00D268F7"/>
    <w:rsid w:val="00D45EE5"/>
    <w:rsid w:val="00D60106"/>
    <w:rsid w:val="00D65B98"/>
    <w:rsid w:val="00D827F1"/>
    <w:rsid w:val="00D85E4C"/>
    <w:rsid w:val="00D9237C"/>
    <w:rsid w:val="00D97FBA"/>
    <w:rsid w:val="00DA06C5"/>
    <w:rsid w:val="00DB6E43"/>
    <w:rsid w:val="00DD4E8B"/>
    <w:rsid w:val="00DE4E18"/>
    <w:rsid w:val="00DF55AA"/>
    <w:rsid w:val="00E122E2"/>
    <w:rsid w:val="00E35D5C"/>
    <w:rsid w:val="00E413EF"/>
    <w:rsid w:val="00E53239"/>
    <w:rsid w:val="00E542E4"/>
    <w:rsid w:val="00E605BD"/>
    <w:rsid w:val="00E60BD3"/>
    <w:rsid w:val="00E90165"/>
    <w:rsid w:val="00E97584"/>
    <w:rsid w:val="00EB32EA"/>
    <w:rsid w:val="00ED7D97"/>
    <w:rsid w:val="00EE239C"/>
    <w:rsid w:val="00EF2A68"/>
    <w:rsid w:val="00F02D13"/>
    <w:rsid w:val="00F156BE"/>
    <w:rsid w:val="00F40A98"/>
    <w:rsid w:val="00FA7DD7"/>
    <w:rsid w:val="00FB55E9"/>
    <w:rsid w:val="00FB5B40"/>
    <w:rsid w:val="00FC693F"/>
    <w:rsid w:val="00FE245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E316465"/>
  <w14:defaultImageDpi w14:val="330"/>
  <w15:docId w15:val="{0DCA9A9C-D995-47BE-91CC-A8F4C82CBC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PlaceholderText">
    <w:name w:val="Placeholder Text"/>
    <w:basedOn w:val="DefaultParagraphFont"/>
    <w:uiPriority w:val="99"/>
    <w:semiHidden/>
    <w:rsid w:val="00BA34D9"/>
  </w:style>
  <w:style w:type="character" w:styleId="Hyperlink">
    <w:name w:val="Hyperlink"/>
    <w:basedOn w:val="DefaultParagraphFont"/>
    <w:uiPriority w:val="99"/>
    <w:unhideWhenUsed/>
    <w:rsid w:val="00F156BE"/>
    <w:rPr>
      <w:color w:val="0000FF" w:themeColor="hyperlink"/>
      <w:u w:val="single"/>
    </w:rPr>
  </w:style>
  <w:style w:type="character" w:styleId="UnresolvedMention">
    <w:name w:val="Unresolved Mention"/>
    <w:basedOn w:val="DefaultParagraphFont"/>
    <w:uiPriority w:val="99"/>
    <w:semiHidden/>
    <w:unhideWhenUsed/>
    <w:rsid w:val="00F156B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362682">
      <w:bodyDiv w:val="1"/>
      <w:marLeft w:val="0"/>
      <w:marRight w:val="0"/>
      <w:marTop w:val="0"/>
      <w:marBottom w:val="0"/>
      <w:divBdr>
        <w:top w:val="none" w:sz="0" w:space="0" w:color="auto"/>
        <w:left w:val="none" w:sz="0" w:space="0" w:color="auto"/>
        <w:bottom w:val="none" w:sz="0" w:space="0" w:color="auto"/>
        <w:right w:val="none" w:sz="0" w:space="0" w:color="auto"/>
      </w:divBdr>
    </w:div>
    <w:div w:id="350380053">
      <w:bodyDiv w:val="1"/>
      <w:marLeft w:val="0"/>
      <w:marRight w:val="0"/>
      <w:marTop w:val="0"/>
      <w:marBottom w:val="0"/>
      <w:divBdr>
        <w:top w:val="none" w:sz="0" w:space="0" w:color="auto"/>
        <w:left w:val="none" w:sz="0" w:space="0" w:color="auto"/>
        <w:bottom w:val="none" w:sz="0" w:space="0" w:color="auto"/>
        <w:right w:val="none" w:sz="0" w:space="0" w:color="auto"/>
      </w:divBdr>
    </w:div>
    <w:div w:id="506671259">
      <w:bodyDiv w:val="1"/>
      <w:marLeft w:val="0"/>
      <w:marRight w:val="0"/>
      <w:marTop w:val="0"/>
      <w:marBottom w:val="0"/>
      <w:divBdr>
        <w:top w:val="none" w:sz="0" w:space="0" w:color="auto"/>
        <w:left w:val="none" w:sz="0" w:space="0" w:color="auto"/>
        <w:bottom w:val="none" w:sz="0" w:space="0" w:color="auto"/>
        <w:right w:val="none" w:sz="0" w:space="0" w:color="auto"/>
      </w:divBdr>
    </w:div>
    <w:div w:id="555162922">
      <w:bodyDiv w:val="1"/>
      <w:marLeft w:val="0"/>
      <w:marRight w:val="0"/>
      <w:marTop w:val="0"/>
      <w:marBottom w:val="0"/>
      <w:divBdr>
        <w:top w:val="none" w:sz="0" w:space="0" w:color="auto"/>
        <w:left w:val="none" w:sz="0" w:space="0" w:color="auto"/>
        <w:bottom w:val="none" w:sz="0" w:space="0" w:color="auto"/>
        <w:right w:val="none" w:sz="0" w:space="0" w:color="auto"/>
      </w:divBdr>
    </w:div>
    <w:div w:id="664404035">
      <w:bodyDiv w:val="1"/>
      <w:marLeft w:val="0"/>
      <w:marRight w:val="0"/>
      <w:marTop w:val="0"/>
      <w:marBottom w:val="0"/>
      <w:divBdr>
        <w:top w:val="none" w:sz="0" w:space="0" w:color="auto"/>
        <w:left w:val="none" w:sz="0" w:space="0" w:color="auto"/>
        <w:bottom w:val="none" w:sz="0" w:space="0" w:color="auto"/>
        <w:right w:val="none" w:sz="0" w:space="0" w:color="auto"/>
      </w:divBdr>
    </w:div>
    <w:div w:id="700252898">
      <w:bodyDiv w:val="1"/>
      <w:marLeft w:val="0"/>
      <w:marRight w:val="0"/>
      <w:marTop w:val="0"/>
      <w:marBottom w:val="0"/>
      <w:divBdr>
        <w:top w:val="none" w:sz="0" w:space="0" w:color="auto"/>
        <w:left w:val="none" w:sz="0" w:space="0" w:color="auto"/>
        <w:bottom w:val="none" w:sz="0" w:space="0" w:color="auto"/>
        <w:right w:val="none" w:sz="0" w:space="0" w:color="auto"/>
      </w:divBdr>
    </w:div>
    <w:div w:id="723255549">
      <w:bodyDiv w:val="1"/>
      <w:marLeft w:val="0"/>
      <w:marRight w:val="0"/>
      <w:marTop w:val="0"/>
      <w:marBottom w:val="0"/>
      <w:divBdr>
        <w:top w:val="none" w:sz="0" w:space="0" w:color="auto"/>
        <w:left w:val="none" w:sz="0" w:space="0" w:color="auto"/>
        <w:bottom w:val="none" w:sz="0" w:space="0" w:color="auto"/>
        <w:right w:val="none" w:sz="0" w:space="0" w:color="auto"/>
      </w:divBdr>
    </w:div>
    <w:div w:id="729186221">
      <w:bodyDiv w:val="1"/>
      <w:marLeft w:val="0"/>
      <w:marRight w:val="0"/>
      <w:marTop w:val="0"/>
      <w:marBottom w:val="0"/>
      <w:divBdr>
        <w:top w:val="none" w:sz="0" w:space="0" w:color="auto"/>
        <w:left w:val="none" w:sz="0" w:space="0" w:color="auto"/>
        <w:bottom w:val="none" w:sz="0" w:space="0" w:color="auto"/>
        <w:right w:val="none" w:sz="0" w:space="0" w:color="auto"/>
      </w:divBdr>
    </w:div>
    <w:div w:id="773213315">
      <w:bodyDiv w:val="1"/>
      <w:marLeft w:val="0"/>
      <w:marRight w:val="0"/>
      <w:marTop w:val="0"/>
      <w:marBottom w:val="0"/>
      <w:divBdr>
        <w:top w:val="none" w:sz="0" w:space="0" w:color="auto"/>
        <w:left w:val="none" w:sz="0" w:space="0" w:color="auto"/>
        <w:bottom w:val="none" w:sz="0" w:space="0" w:color="auto"/>
        <w:right w:val="none" w:sz="0" w:space="0" w:color="auto"/>
      </w:divBdr>
    </w:div>
    <w:div w:id="836533525">
      <w:bodyDiv w:val="1"/>
      <w:marLeft w:val="0"/>
      <w:marRight w:val="0"/>
      <w:marTop w:val="0"/>
      <w:marBottom w:val="0"/>
      <w:divBdr>
        <w:top w:val="none" w:sz="0" w:space="0" w:color="auto"/>
        <w:left w:val="none" w:sz="0" w:space="0" w:color="auto"/>
        <w:bottom w:val="none" w:sz="0" w:space="0" w:color="auto"/>
        <w:right w:val="none" w:sz="0" w:space="0" w:color="auto"/>
      </w:divBdr>
    </w:div>
    <w:div w:id="1043679646">
      <w:bodyDiv w:val="1"/>
      <w:marLeft w:val="0"/>
      <w:marRight w:val="0"/>
      <w:marTop w:val="0"/>
      <w:marBottom w:val="0"/>
      <w:divBdr>
        <w:top w:val="none" w:sz="0" w:space="0" w:color="auto"/>
        <w:left w:val="none" w:sz="0" w:space="0" w:color="auto"/>
        <w:bottom w:val="none" w:sz="0" w:space="0" w:color="auto"/>
        <w:right w:val="none" w:sz="0" w:space="0" w:color="auto"/>
      </w:divBdr>
    </w:div>
    <w:div w:id="1112820878">
      <w:bodyDiv w:val="1"/>
      <w:marLeft w:val="0"/>
      <w:marRight w:val="0"/>
      <w:marTop w:val="0"/>
      <w:marBottom w:val="0"/>
      <w:divBdr>
        <w:top w:val="none" w:sz="0" w:space="0" w:color="auto"/>
        <w:left w:val="none" w:sz="0" w:space="0" w:color="auto"/>
        <w:bottom w:val="none" w:sz="0" w:space="0" w:color="auto"/>
        <w:right w:val="none" w:sz="0" w:space="0" w:color="auto"/>
      </w:divBdr>
    </w:div>
    <w:div w:id="1866793066">
      <w:bodyDiv w:val="1"/>
      <w:marLeft w:val="0"/>
      <w:marRight w:val="0"/>
      <w:marTop w:val="0"/>
      <w:marBottom w:val="0"/>
      <w:divBdr>
        <w:top w:val="none" w:sz="0" w:space="0" w:color="auto"/>
        <w:left w:val="none" w:sz="0" w:space="0" w:color="auto"/>
        <w:bottom w:val="none" w:sz="0" w:space="0" w:color="auto"/>
        <w:right w:val="none" w:sz="0" w:space="0" w:color="auto"/>
      </w:divBdr>
    </w:div>
    <w:div w:id="199663935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govspace.msp.etat.lu/gs/anssi/default.aspx"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anssi.extranet.etat.lu/fr.html"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upport@anssi.etat.lu"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Domaine xmlns="9de12953-efa6-4084-99e0-7af8813a0b39">Organisation de la sécurité de l'information</Domaine>
    <IconOverlay xmlns="http://schemas.microsoft.com/sharepoint/v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4D3035A3451F74183AAEA4BA2E1C3C5" ma:contentTypeVersion="2" ma:contentTypeDescription="Create a new document." ma:contentTypeScope="" ma:versionID="14595ff1a29b3281b2e3731294110639">
  <xsd:schema xmlns:xsd="http://www.w3.org/2001/XMLSchema" xmlns:xs="http://www.w3.org/2001/XMLSchema" xmlns:p="http://schemas.microsoft.com/office/2006/metadata/properties" xmlns:ns3="http://schemas.microsoft.com/sharepoint/v4" xmlns:ns4="9de12953-efa6-4084-99e0-7af8813a0b39" xmlns:ns5="d37c721d-300f-48f8-bee9-a02c114035ac" targetNamespace="http://schemas.microsoft.com/office/2006/metadata/properties" ma:root="true" ma:fieldsID="7d23931e742b119fb83ee8dd10aeaebe" ns3:_="" ns4:_="" ns5:_="">
    <xsd:import namespace="http://schemas.microsoft.com/sharepoint/v4"/>
    <xsd:import namespace="9de12953-efa6-4084-99e0-7af8813a0b39"/>
    <xsd:import namespace="d37c721d-300f-48f8-bee9-a02c114035ac"/>
    <xsd:element name="properties">
      <xsd:complexType>
        <xsd:sequence>
          <xsd:element name="documentManagement">
            <xsd:complexType>
              <xsd:all>
                <xsd:element ref="ns3:IconOverlay" minOccurs="0"/>
                <xsd:element ref="ns4:Domaine" minOccurs="0"/>
                <xsd:element ref="ns5: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9"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de12953-efa6-4084-99e0-7af8813a0b39" elementFormDefault="qualified">
    <xsd:import namespace="http://schemas.microsoft.com/office/2006/documentManagement/types"/>
    <xsd:import namespace="http://schemas.microsoft.com/office/infopath/2007/PartnerControls"/>
    <xsd:element name="Domaine" ma:index="10" nillable="true" ma:displayName="Domaine" ma:internalName="Domain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37c721d-300f-48f8-bee9-a02c114035ac" elementFormDefault="qualified">
    <xsd:import namespace="http://schemas.microsoft.com/office/2006/documentManagement/types"/>
    <xsd:import namespace="http://schemas.microsoft.com/office/infopath/2007/PartnerControls"/>
    <xsd:element name="SharedWithUsers" ma:index="11"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06B80090-E001-4A61-9B5A-B438CE50DE74}">
  <ds:schemaRefs>
    <ds:schemaRef ds:uri="http://schemas.microsoft.com/office/2006/metadata/properties"/>
    <ds:schemaRef ds:uri="http://schemas.microsoft.com/office/infopath/2007/PartnerControls"/>
    <ds:schemaRef ds:uri="9de12953-efa6-4084-99e0-7af8813a0b39"/>
    <ds:schemaRef ds:uri="http://schemas.microsoft.com/sharepoint/v4"/>
  </ds:schemaRefs>
</ds:datastoreItem>
</file>

<file path=customXml/itemProps3.xml><?xml version="1.0" encoding="utf-8"?>
<ds:datastoreItem xmlns:ds="http://schemas.openxmlformats.org/officeDocument/2006/customXml" ds:itemID="{770EE928-BDB8-4938-808A-C3CF39FA18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4"/>
    <ds:schemaRef ds:uri="9de12953-efa6-4084-99e0-7af8813a0b39"/>
    <ds:schemaRef ds:uri="d37c721d-300f-48f8-bee9-a02c114035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99F9FA6-7E49-44D5-8CCF-7188A5866CC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3510</Words>
  <Characters>20009</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Checklist Entretien DSI</vt:lpstr>
    </vt:vector>
  </TitlesOfParts>
  <Manager/>
  <Company/>
  <LinksUpToDate>false</LinksUpToDate>
  <CharactersWithSpaces>23473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Checklist Entretien DSI</dc:title>
  <dc:subject/>
  <dc:creator>Paul.Cuisinier@anssi.etat.lu</dc:creator>
  <cp:keywords/>
  <dc:description/>
  <cp:lastModifiedBy>Tom Zeimetz</cp:lastModifiedBy>
  <cp:revision>2</cp:revision>
  <dcterms:created xsi:type="dcterms:W3CDTF">2026-10-09T10:17:00Z</dcterms:created>
  <dcterms:modified xsi:type="dcterms:W3CDTF">2026-10-09T10:17:00Z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0x01010024D3035A3451F74183AAEA4BA2E1C3C5</vt:lpwstr>
  </property>
</Properties>
</file>